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56ABA" w14:textId="50B17CBB" w:rsidR="00A727C6" w:rsidRPr="002D0D45" w:rsidRDefault="00000000" w:rsidP="008747C0">
      <w:pPr>
        <w:spacing w:after="0"/>
        <w:rPr>
          <w:lang w:val="nl-NL"/>
        </w:rPr>
      </w:pPr>
      <w:r w:rsidRPr="002D0D45">
        <w:rPr>
          <w:b/>
          <w:sz w:val="36"/>
          <w:lang w:val="nl-NL"/>
        </w:rPr>
        <w:t>ANBI Jaarverslag 2025</w:t>
      </w:r>
      <w:r w:rsidR="0000456E">
        <w:rPr>
          <w:b/>
          <w:sz w:val="36"/>
          <w:lang w:val="nl-NL"/>
        </w:rPr>
        <w:t>*</w:t>
      </w:r>
      <w:r w:rsidRPr="002D0D45">
        <w:rPr>
          <w:b/>
          <w:sz w:val="36"/>
          <w:lang w:val="nl-NL"/>
        </w:rPr>
        <w:t xml:space="preserve"> – Stichting Het Boetje</w:t>
      </w:r>
    </w:p>
    <w:p w14:paraId="255B6014" w14:textId="77777777" w:rsidR="00B10861" w:rsidRDefault="0000456E" w:rsidP="008747C0">
      <w:pPr>
        <w:spacing w:after="0"/>
        <w:rPr>
          <w:b/>
          <w:lang w:val="nl-NL"/>
        </w:rPr>
      </w:pPr>
      <w:r>
        <w:rPr>
          <w:b/>
          <w:lang w:val="nl-NL"/>
        </w:rPr>
        <w:t xml:space="preserve">* </w:t>
      </w:r>
      <w:r w:rsidRPr="00B10861">
        <w:rPr>
          <w:bCs/>
          <w:sz w:val="20"/>
          <w:szCs w:val="20"/>
          <w:lang w:val="nl-NL"/>
        </w:rPr>
        <w:t xml:space="preserve">dit </w:t>
      </w:r>
      <w:r w:rsidR="00826081" w:rsidRPr="00B10861">
        <w:rPr>
          <w:bCs/>
          <w:sz w:val="20"/>
          <w:szCs w:val="20"/>
          <w:lang w:val="nl-NL"/>
        </w:rPr>
        <w:t xml:space="preserve">eerste </w:t>
      </w:r>
      <w:r w:rsidRPr="00B10861">
        <w:rPr>
          <w:bCs/>
          <w:sz w:val="20"/>
          <w:szCs w:val="20"/>
          <w:lang w:val="nl-NL"/>
        </w:rPr>
        <w:t xml:space="preserve">boekjaar </w:t>
      </w:r>
      <w:r w:rsidR="00826081" w:rsidRPr="00B10861">
        <w:rPr>
          <w:bCs/>
          <w:sz w:val="20"/>
          <w:szCs w:val="20"/>
          <w:lang w:val="nl-NL"/>
        </w:rPr>
        <w:t>loopt conform art 14 van de statuten</w:t>
      </w:r>
      <w:r w:rsidR="00062336" w:rsidRPr="00B10861">
        <w:rPr>
          <w:bCs/>
          <w:sz w:val="20"/>
          <w:szCs w:val="20"/>
          <w:lang w:val="nl-NL"/>
        </w:rPr>
        <w:t xml:space="preserve"> van </w:t>
      </w:r>
      <w:r w:rsidR="00B10861" w:rsidRPr="00B10861">
        <w:rPr>
          <w:bCs/>
          <w:sz w:val="20"/>
          <w:szCs w:val="20"/>
          <w:lang w:val="nl-NL"/>
        </w:rPr>
        <w:t>29 juli 2024 t/m 31 december 2025</w:t>
      </w:r>
      <w:r w:rsidR="00B10861">
        <w:rPr>
          <w:b/>
          <w:lang w:val="nl-NL"/>
        </w:rPr>
        <w:t>.</w:t>
      </w:r>
    </w:p>
    <w:p w14:paraId="27C7B8AD" w14:textId="77777777" w:rsidR="008747C0" w:rsidRDefault="008747C0" w:rsidP="008747C0">
      <w:pPr>
        <w:spacing w:after="0"/>
        <w:rPr>
          <w:b/>
          <w:lang w:val="nl-NL"/>
        </w:rPr>
      </w:pPr>
    </w:p>
    <w:p w14:paraId="5C4C484C" w14:textId="4A5130BE" w:rsidR="00A727C6" w:rsidRPr="002D0D45" w:rsidRDefault="00000000" w:rsidP="008747C0">
      <w:pPr>
        <w:spacing w:after="0"/>
        <w:rPr>
          <w:lang w:val="nl-NL"/>
        </w:rPr>
      </w:pPr>
      <w:r w:rsidRPr="002D0D45">
        <w:rPr>
          <w:b/>
          <w:lang w:val="nl-NL"/>
        </w:rPr>
        <w:t>1. Gegevens van de ANBI</w:t>
      </w:r>
    </w:p>
    <w:p w14:paraId="28320323" w14:textId="77777777" w:rsidR="00F14926" w:rsidRDefault="00000000" w:rsidP="008747C0">
      <w:pPr>
        <w:spacing w:after="0"/>
        <w:rPr>
          <w:lang w:val="nl-NL"/>
        </w:rPr>
      </w:pPr>
      <w:r w:rsidRPr="002D0D45">
        <w:rPr>
          <w:lang w:val="nl-NL"/>
        </w:rPr>
        <w:t>Naam instelling: Stichting Het Boetje</w:t>
      </w:r>
    </w:p>
    <w:p w14:paraId="0D31DC83" w14:textId="0B005E65" w:rsidR="00A727C6" w:rsidRPr="002D0D45" w:rsidRDefault="00000000" w:rsidP="008747C0">
      <w:pPr>
        <w:spacing w:after="0"/>
        <w:rPr>
          <w:lang w:val="nl-NL"/>
        </w:rPr>
      </w:pPr>
      <w:r w:rsidRPr="002D0D45">
        <w:rPr>
          <w:lang w:val="nl-NL"/>
        </w:rPr>
        <w:t>RSIN: 866827195</w:t>
      </w:r>
    </w:p>
    <w:p w14:paraId="4CE54F9A" w14:textId="77777777" w:rsidR="00A727C6" w:rsidRPr="002D0D45" w:rsidRDefault="00000000" w:rsidP="008747C0">
      <w:pPr>
        <w:spacing w:after="0"/>
        <w:rPr>
          <w:lang w:val="nl-NL"/>
        </w:rPr>
      </w:pPr>
      <w:r w:rsidRPr="002D0D45">
        <w:rPr>
          <w:lang w:val="nl-NL"/>
        </w:rPr>
        <w:t>KvK-nummer: 94583838</w:t>
      </w:r>
    </w:p>
    <w:p w14:paraId="142BA1C3" w14:textId="77777777" w:rsidR="00A727C6" w:rsidRPr="002D0D45" w:rsidRDefault="00000000" w:rsidP="008747C0">
      <w:pPr>
        <w:spacing w:after="0"/>
        <w:rPr>
          <w:lang w:val="nl-NL"/>
        </w:rPr>
      </w:pPr>
      <w:r w:rsidRPr="002D0D45">
        <w:rPr>
          <w:lang w:val="nl-NL"/>
        </w:rPr>
        <w:t>Rechtsvorm: Stichting</w:t>
      </w:r>
    </w:p>
    <w:p w14:paraId="68E96F02" w14:textId="77777777" w:rsidR="00A727C6" w:rsidRPr="002D0D45" w:rsidRDefault="00000000" w:rsidP="008747C0">
      <w:pPr>
        <w:spacing w:after="0"/>
        <w:rPr>
          <w:lang w:val="nl-NL"/>
        </w:rPr>
      </w:pPr>
      <w:r w:rsidRPr="002D0D45">
        <w:rPr>
          <w:lang w:val="nl-NL"/>
        </w:rPr>
        <w:t>Statutaire zetel: Gemeente Heerde</w:t>
      </w:r>
    </w:p>
    <w:p w14:paraId="5E549044" w14:textId="19B413D8" w:rsidR="00A727C6" w:rsidRPr="002D0D45" w:rsidRDefault="00000000" w:rsidP="008747C0">
      <w:pPr>
        <w:spacing w:after="0"/>
        <w:rPr>
          <w:lang w:val="nl-NL"/>
        </w:rPr>
      </w:pPr>
      <w:r w:rsidRPr="002D0D45">
        <w:rPr>
          <w:lang w:val="nl-NL"/>
        </w:rPr>
        <w:t>Bezoekadres: Bonenburgerlaan 45</w:t>
      </w:r>
      <w:r w:rsidR="00AB728A">
        <w:rPr>
          <w:lang w:val="nl-NL"/>
        </w:rPr>
        <w:t xml:space="preserve"> (“de Aernt”)</w:t>
      </w:r>
      <w:r w:rsidRPr="002D0D45">
        <w:rPr>
          <w:lang w:val="nl-NL"/>
        </w:rPr>
        <w:t>, 8181 HC Heerde</w:t>
      </w:r>
    </w:p>
    <w:p w14:paraId="6D2F7A29" w14:textId="77777777" w:rsidR="00A727C6" w:rsidRPr="002D0D45" w:rsidRDefault="00000000" w:rsidP="008747C0">
      <w:pPr>
        <w:spacing w:after="0"/>
        <w:rPr>
          <w:lang w:val="nl-NL"/>
        </w:rPr>
      </w:pPr>
      <w:r w:rsidRPr="002D0D45">
        <w:rPr>
          <w:lang w:val="nl-NL"/>
        </w:rPr>
        <w:t>Website: https://hetboetje.com</w:t>
      </w:r>
    </w:p>
    <w:p w14:paraId="516E6197" w14:textId="77777777" w:rsidR="00A727C6" w:rsidRPr="00B5073C" w:rsidRDefault="00000000" w:rsidP="008747C0">
      <w:pPr>
        <w:spacing w:after="0"/>
        <w:rPr>
          <w:lang w:val="nl-NL"/>
        </w:rPr>
      </w:pPr>
      <w:r w:rsidRPr="00B5073C">
        <w:rPr>
          <w:lang w:val="nl-NL"/>
        </w:rPr>
        <w:t>E-mail: boetjes@hotmail.com</w:t>
      </w:r>
    </w:p>
    <w:p w14:paraId="12A2D0E0" w14:textId="77777777" w:rsidR="00A727C6" w:rsidRPr="00B5073C" w:rsidRDefault="00000000" w:rsidP="008747C0">
      <w:pPr>
        <w:spacing w:after="0"/>
        <w:rPr>
          <w:lang w:val="nl-NL"/>
        </w:rPr>
      </w:pPr>
      <w:r w:rsidRPr="00B5073C">
        <w:rPr>
          <w:lang w:val="nl-NL"/>
        </w:rPr>
        <w:t>Telefoonnummer: 06-29528776</w:t>
      </w:r>
    </w:p>
    <w:p w14:paraId="2D13EFF8" w14:textId="77777777" w:rsidR="00FA0FCD" w:rsidRDefault="00FA0FCD" w:rsidP="008747C0">
      <w:pPr>
        <w:spacing w:after="0"/>
        <w:rPr>
          <w:b/>
          <w:lang w:val="nl-NL"/>
        </w:rPr>
      </w:pPr>
    </w:p>
    <w:p w14:paraId="0B33CDE3" w14:textId="6E617D61" w:rsidR="00A727C6" w:rsidRPr="002D0D45" w:rsidRDefault="00000000" w:rsidP="008747C0">
      <w:pPr>
        <w:spacing w:after="0"/>
        <w:rPr>
          <w:lang w:val="nl-NL"/>
        </w:rPr>
      </w:pPr>
      <w:r w:rsidRPr="002D0D45">
        <w:rPr>
          <w:b/>
          <w:lang w:val="nl-NL"/>
        </w:rPr>
        <w:t>2. Statutaire doelstelling</w:t>
      </w:r>
    </w:p>
    <w:p w14:paraId="00537324" w14:textId="69925A99" w:rsidR="008747C0" w:rsidRDefault="00000000" w:rsidP="008747C0">
      <w:pPr>
        <w:spacing w:after="0"/>
        <w:rPr>
          <w:lang w:val="nl-NL"/>
        </w:rPr>
      </w:pPr>
      <w:r w:rsidRPr="002D0D45">
        <w:rPr>
          <w:lang w:val="nl-NL"/>
        </w:rPr>
        <w:t>Stichting Het Boetje heeft als doel om vanuit Gods liefde en Zijn roeping mensen te helpen met het ontdekken en beseffen van hun roeping en te groeien in het wandelen in die roeping.</w:t>
      </w:r>
      <w:r w:rsidRPr="002D0D45">
        <w:rPr>
          <w:lang w:val="nl-NL"/>
        </w:rPr>
        <w:br/>
        <w:t>Hiervoor bieden we een plaats van rust om te kunnen komen tot herstel, om vol vertrouwen weer in de wereld te zijn. Daarnaast bieden we gelegenheid om aan je roeping te werken. Vanuit de stichting ondersteunen we deze processen vanuit Bijbelse waarheid en liefdevolle zorg.</w:t>
      </w:r>
    </w:p>
    <w:p w14:paraId="4C072CDE" w14:textId="77777777" w:rsidR="008747C0" w:rsidRDefault="008747C0" w:rsidP="008747C0">
      <w:pPr>
        <w:spacing w:after="0"/>
        <w:rPr>
          <w:lang w:val="nl-NL"/>
        </w:rPr>
      </w:pPr>
    </w:p>
    <w:p w14:paraId="66BD2634" w14:textId="1C74E879" w:rsidR="00A727C6" w:rsidRPr="002D0D45" w:rsidRDefault="00000000" w:rsidP="008747C0">
      <w:pPr>
        <w:spacing w:after="0"/>
        <w:rPr>
          <w:lang w:val="nl-NL"/>
        </w:rPr>
      </w:pPr>
      <w:r w:rsidRPr="002D0D45">
        <w:rPr>
          <w:b/>
          <w:lang w:val="nl-NL"/>
        </w:rPr>
        <w:t>3. Hoofdlijnen van het beleidsplan</w:t>
      </w:r>
    </w:p>
    <w:p w14:paraId="016F9101" w14:textId="77777777" w:rsidR="00A727C6" w:rsidRPr="002D0D45" w:rsidRDefault="00000000" w:rsidP="008747C0">
      <w:pPr>
        <w:spacing w:after="0"/>
        <w:rPr>
          <w:lang w:val="nl-NL"/>
        </w:rPr>
      </w:pPr>
      <w:r w:rsidRPr="002D0D45">
        <w:rPr>
          <w:lang w:val="nl-NL"/>
        </w:rPr>
        <w:t>Werkzaamheden:</w:t>
      </w:r>
    </w:p>
    <w:p w14:paraId="301A8D5C" w14:textId="77777777" w:rsidR="00A727C6" w:rsidRPr="002D0D45" w:rsidRDefault="00000000" w:rsidP="008747C0">
      <w:pPr>
        <w:pStyle w:val="ListBullet"/>
        <w:spacing w:after="0"/>
        <w:rPr>
          <w:lang w:val="nl-NL"/>
        </w:rPr>
      </w:pPr>
      <w:r w:rsidRPr="002D0D45">
        <w:rPr>
          <w:lang w:val="nl-NL"/>
        </w:rPr>
        <w:t>Faciliteren van ontmoetingsplek “De Deel” als plaats van rust, herstel en groei.</w:t>
      </w:r>
    </w:p>
    <w:p w14:paraId="05ADCC88" w14:textId="77777777" w:rsidR="00A727C6" w:rsidRPr="002D0D45" w:rsidRDefault="00000000" w:rsidP="008747C0">
      <w:pPr>
        <w:pStyle w:val="ListBullet"/>
        <w:spacing w:after="0"/>
        <w:rPr>
          <w:lang w:val="nl-NL"/>
        </w:rPr>
      </w:pPr>
      <w:r w:rsidRPr="002D0D45">
        <w:rPr>
          <w:lang w:val="nl-NL"/>
        </w:rPr>
        <w:t>Organiseren van events, bijeenkomsten en trainingen.</w:t>
      </w:r>
    </w:p>
    <w:p w14:paraId="778C2EAB" w14:textId="77777777" w:rsidR="00A727C6" w:rsidRPr="002D0D45" w:rsidRDefault="00000000" w:rsidP="008747C0">
      <w:pPr>
        <w:pStyle w:val="ListBullet"/>
        <w:spacing w:after="0"/>
        <w:rPr>
          <w:lang w:val="nl-NL"/>
        </w:rPr>
      </w:pPr>
      <w:r w:rsidRPr="002D0D45">
        <w:rPr>
          <w:lang w:val="nl-NL"/>
        </w:rPr>
        <w:t>Coaching en ondersteuning van vrijwilligers en deelnemers.</w:t>
      </w:r>
    </w:p>
    <w:p w14:paraId="57E75396" w14:textId="77777777" w:rsidR="00A727C6" w:rsidRPr="002D0D45" w:rsidRDefault="00000000" w:rsidP="008747C0">
      <w:pPr>
        <w:pStyle w:val="ListBullet"/>
        <w:spacing w:after="0"/>
        <w:rPr>
          <w:lang w:val="nl-NL"/>
        </w:rPr>
      </w:pPr>
      <w:r w:rsidRPr="002D0D45">
        <w:rPr>
          <w:lang w:val="nl-NL"/>
        </w:rPr>
        <w:t>Samenwerkingen en partnerschappen met gelijkgestemde bedieningen en organisaties.</w:t>
      </w:r>
    </w:p>
    <w:p w14:paraId="607E94A8" w14:textId="77777777" w:rsidR="00A727C6" w:rsidRDefault="00000000" w:rsidP="008747C0">
      <w:pPr>
        <w:spacing w:after="0"/>
      </w:pPr>
      <w:r>
        <w:t>Hoe en wanneer:</w:t>
      </w:r>
    </w:p>
    <w:p w14:paraId="7319D1D6" w14:textId="2A8426BD" w:rsidR="00A727C6" w:rsidRPr="002D0D45" w:rsidRDefault="00966F02" w:rsidP="008747C0">
      <w:pPr>
        <w:pStyle w:val="ListBullet"/>
        <w:spacing w:after="0"/>
        <w:rPr>
          <w:lang w:val="nl-NL"/>
        </w:rPr>
      </w:pPr>
      <w:r>
        <w:rPr>
          <w:lang w:val="nl-NL"/>
        </w:rPr>
        <w:t>Regelmatige</w:t>
      </w:r>
      <w:r w:rsidR="00BE3831">
        <w:rPr>
          <w:lang w:val="nl-NL"/>
        </w:rPr>
        <w:t xml:space="preserve"> en incidentele</w:t>
      </w:r>
      <w:r w:rsidRPr="002D0D45">
        <w:rPr>
          <w:lang w:val="nl-NL"/>
        </w:rPr>
        <w:t xml:space="preserve"> activiteiten in De Deel.</w:t>
      </w:r>
    </w:p>
    <w:p w14:paraId="4093F2A8" w14:textId="437F7785" w:rsidR="00A727C6" w:rsidRPr="002D0D45" w:rsidRDefault="00000000" w:rsidP="008747C0">
      <w:pPr>
        <w:pStyle w:val="ListBullet"/>
        <w:spacing w:after="0"/>
        <w:rPr>
          <w:lang w:val="nl-NL"/>
        </w:rPr>
      </w:pPr>
      <w:r w:rsidRPr="002D0D45">
        <w:rPr>
          <w:lang w:val="nl-NL"/>
        </w:rPr>
        <w:t>Structurele openstelling</w:t>
      </w:r>
      <w:r w:rsidR="00BE3831">
        <w:rPr>
          <w:lang w:val="nl-NL"/>
        </w:rPr>
        <w:t xml:space="preserve"> en beschikbaarheid</w:t>
      </w:r>
      <w:r w:rsidRPr="002D0D45">
        <w:rPr>
          <w:lang w:val="nl-NL"/>
        </w:rPr>
        <w:t xml:space="preserve"> voor ontmoeting en begeleiding.</w:t>
      </w:r>
    </w:p>
    <w:p w14:paraId="18B56CB0" w14:textId="77777777" w:rsidR="00A727C6" w:rsidRDefault="00000000" w:rsidP="008747C0">
      <w:pPr>
        <w:spacing w:after="0"/>
      </w:pPr>
      <w:r>
        <w:t>Financiering:</w:t>
      </w:r>
    </w:p>
    <w:p w14:paraId="03174EF8" w14:textId="77777777" w:rsidR="00A727C6" w:rsidRDefault="00000000" w:rsidP="008747C0">
      <w:pPr>
        <w:pStyle w:val="ListBullet"/>
        <w:spacing w:after="0"/>
      </w:pPr>
      <w:r>
        <w:t>Partnerschapsbijdragen.</w:t>
      </w:r>
    </w:p>
    <w:p w14:paraId="303D27F5" w14:textId="77777777" w:rsidR="00A727C6" w:rsidRDefault="00000000" w:rsidP="008747C0">
      <w:pPr>
        <w:pStyle w:val="ListBullet"/>
        <w:spacing w:after="0"/>
      </w:pPr>
      <w:r>
        <w:t>Giften (niet-structureel).</w:t>
      </w:r>
    </w:p>
    <w:p w14:paraId="3532ADC2" w14:textId="77777777" w:rsidR="00A727C6" w:rsidRDefault="00000000" w:rsidP="008747C0">
      <w:pPr>
        <w:spacing w:after="0"/>
      </w:pPr>
      <w:r>
        <w:t>Besteding:</w:t>
      </w:r>
    </w:p>
    <w:p w14:paraId="7440CE74" w14:textId="77777777" w:rsidR="00A727C6" w:rsidRDefault="00000000" w:rsidP="008747C0">
      <w:pPr>
        <w:pStyle w:val="ListBullet"/>
        <w:spacing w:after="0"/>
      </w:pPr>
      <w:r>
        <w:t>Huisvesting, energie, inrichting.</w:t>
      </w:r>
    </w:p>
    <w:p w14:paraId="753D3651" w14:textId="77777777" w:rsidR="00A727C6" w:rsidRPr="002D0D45" w:rsidRDefault="00000000" w:rsidP="008747C0">
      <w:pPr>
        <w:pStyle w:val="ListBullet"/>
        <w:spacing w:after="0"/>
        <w:rPr>
          <w:lang w:val="nl-NL"/>
        </w:rPr>
      </w:pPr>
      <w:r w:rsidRPr="002D0D45">
        <w:rPr>
          <w:lang w:val="nl-NL"/>
        </w:rPr>
        <w:t>Events, trainingen en praktische kosten.</w:t>
      </w:r>
    </w:p>
    <w:p w14:paraId="4859BD22" w14:textId="62C6E160" w:rsidR="00A727C6" w:rsidRPr="002D0D45" w:rsidRDefault="00BE6166" w:rsidP="008747C0">
      <w:pPr>
        <w:pStyle w:val="ListBullet"/>
        <w:spacing w:after="0"/>
        <w:rPr>
          <w:lang w:val="nl-NL"/>
        </w:rPr>
      </w:pPr>
      <w:r>
        <w:rPr>
          <w:lang w:val="nl-NL"/>
        </w:rPr>
        <w:t>Bijdragen</w:t>
      </w:r>
      <w:r w:rsidRPr="002D0D45">
        <w:rPr>
          <w:lang w:val="nl-NL"/>
        </w:rPr>
        <w:t xml:space="preserve"> </w:t>
      </w:r>
      <w:r>
        <w:rPr>
          <w:lang w:val="nl-NL"/>
        </w:rPr>
        <w:t>a</w:t>
      </w:r>
      <w:r w:rsidRPr="002D0D45">
        <w:rPr>
          <w:lang w:val="nl-NL"/>
        </w:rPr>
        <w:t>an organisaties en projecten die aansluiten bij de missie.</w:t>
      </w:r>
      <w:r w:rsidR="00960C27">
        <w:rPr>
          <w:lang w:val="nl-NL"/>
        </w:rPr>
        <w:t xml:space="preserve"> (</w:t>
      </w:r>
      <w:r>
        <w:rPr>
          <w:lang w:val="nl-NL"/>
        </w:rPr>
        <w:t xml:space="preserve">o.a. </w:t>
      </w:r>
      <w:r w:rsidR="00960C27">
        <w:rPr>
          <w:lang w:val="nl-NL"/>
        </w:rPr>
        <w:t>partnerschap</w:t>
      </w:r>
      <w:r>
        <w:rPr>
          <w:lang w:val="nl-NL"/>
        </w:rPr>
        <w:t>pen</w:t>
      </w:r>
      <w:r w:rsidR="00960C27">
        <w:rPr>
          <w:lang w:val="nl-NL"/>
        </w:rPr>
        <w:t>)</w:t>
      </w:r>
    </w:p>
    <w:p w14:paraId="1626A13F" w14:textId="77777777" w:rsidR="00BE6166" w:rsidRDefault="00BE6166" w:rsidP="008747C0">
      <w:pPr>
        <w:spacing w:after="0"/>
        <w:rPr>
          <w:b/>
        </w:rPr>
      </w:pPr>
    </w:p>
    <w:p w14:paraId="35B996FF" w14:textId="3E4C74B9" w:rsidR="00A727C6" w:rsidRDefault="00000000" w:rsidP="008747C0">
      <w:pPr>
        <w:spacing w:after="0"/>
      </w:pPr>
      <w:r>
        <w:rPr>
          <w:b/>
        </w:rPr>
        <w:t>4. Bestuurssamenstelling &amp; beloningsbeleid</w:t>
      </w:r>
    </w:p>
    <w:p w14:paraId="2BE27FB7" w14:textId="77777777" w:rsidR="00A727C6" w:rsidRDefault="00000000" w:rsidP="008747C0">
      <w:pPr>
        <w:spacing w:after="0"/>
      </w:pPr>
      <w:r>
        <w:t>Bestuur:</w:t>
      </w:r>
    </w:p>
    <w:p w14:paraId="2B4A6979" w14:textId="4178BE3B" w:rsidR="00A727C6" w:rsidRPr="002D0D45" w:rsidRDefault="00F351A3" w:rsidP="008747C0">
      <w:pPr>
        <w:pStyle w:val="ListBullet"/>
        <w:spacing w:after="0"/>
        <w:rPr>
          <w:lang w:val="nl-NL"/>
        </w:rPr>
      </w:pPr>
      <w:r>
        <w:rPr>
          <w:lang w:val="nl-NL"/>
        </w:rPr>
        <w:t>Jaap</w:t>
      </w:r>
      <w:r w:rsidRPr="002D0D45">
        <w:rPr>
          <w:lang w:val="nl-NL"/>
        </w:rPr>
        <w:t xml:space="preserve"> Boersema – Voorzitter (gezamenlijk bevoegd)</w:t>
      </w:r>
    </w:p>
    <w:p w14:paraId="60BD0033" w14:textId="31E8CABD" w:rsidR="00A727C6" w:rsidRPr="002D0D45" w:rsidRDefault="00000000" w:rsidP="008747C0">
      <w:pPr>
        <w:pStyle w:val="ListBullet"/>
        <w:spacing w:after="0"/>
        <w:rPr>
          <w:lang w:val="nl-NL"/>
        </w:rPr>
      </w:pPr>
      <w:r w:rsidRPr="002D0D45">
        <w:rPr>
          <w:lang w:val="nl-NL"/>
        </w:rPr>
        <w:t>Rombout</w:t>
      </w:r>
      <w:r w:rsidR="00F351A3">
        <w:rPr>
          <w:lang w:val="nl-NL"/>
        </w:rPr>
        <w:t xml:space="preserve"> </w:t>
      </w:r>
      <w:r w:rsidRPr="002D0D45">
        <w:rPr>
          <w:lang w:val="nl-NL"/>
        </w:rPr>
        <w:t>Boetje – Secretaris (gezamenlijk bevoegd)</w:t>
      </w:r>
    </w:p>
    <w:p w14:paraId="4DBD9C0A" w14:textId="07E81558" w:rsidR="00A727C6" w:rsidRPr="002D0D45" w:rsidRDefault="00F351A3" w:rsidP="008747C0">
      <w:pPr>
        <w:pStyle w:val="ListBullet"/>
        <w:spacing w:after="0"/>
        <w:rPr>
          <w:lang w:val="nl-NL"/>
        </w:rPr>
      </w:pPr>
      <w:r>
        <w:rPr>
          <w:lang w:val="nl-NL"/>
        </w:rPr>
        <w:t>Annewieke</w:t>
      </w:r>
      <w:r w:rsidRPr="002D0D45">
        <w:rPr>
          <w:lang w:val="nl-NL"/>
        </w:rPr>
        <w:t xml:space="preserve"> Tigelaar – Penningmeester (gezamenlijk bevoegd)</w:t>
      </w:r>
    </w:p>
    <w:p w14:paraId="7E17FA9B" w14:textId="77777777" w:rsidR="00A727C6" w:rsidRDefault="00000000" w:rsidP="008747C0">
      <w:pPr>
        <w:spacing w:after="0"/>
        <w:rPr>
          <w:lang w:val="nl-NL"/>
        </w:rPr>
      </w:pPr>
      <w:r w:rsidRPr="002D0D45">
        <w:rPr>
          <w:lang w:val="nl-NL"/>
        </w:rPr>
        <w:t>Beloningsbeleid: In 2025 zijn geen salarissen of vergoedingen uitgekeerd. Het bestuur is onbezoldigd; er zijn geen kostenvergoedingen betaald.</w:t>
      </w:r>
    </w:p>
    <w:p w14:paraId="0DE1BEBB" w14:textId="77777777" w:rsidR="000055D3" w:rsidRPr="002D0D45" w:rsidRDefault="000055D3" w:rsidP="008747C0">
      <w:pPr>
        <w:spacing w:after="0"/>
        <w:rPr>
          <w:lang w:val="nl-NL"/>
        </w:rPr>
      </w:pPr>
    </w:p>
    <w:p w14:paraId="78F5F761" w14:textId="77777777" w:rsidR="00A727C6" w:rsidRPr="002D0D45" w:rsidRDefault="00000000" w:rsidP="008747C0">
      <w:pPr>
        <w:spacing w:after="0"/>
        <w:rPr>
          <w:lang w:val="nl-NL"/>
        </w:rPr>
      </w:pPr>
      <w:r w:rsidRPr="002D0D45">
        <w:rPr>
          <w:b/>
          <w:lang w:val="nl-NL"/>
        </w:rPr>
        <w:t>5. Activiteitenverslag 2025</w:t>
      </w:r>
    </w:p>
    <w:p w14:paraId="177C51CB" w14:textId="77777777" w:rsidR="00CF19C1" w:rsidRPr="00744BBA" w:rsidRDefault="00CF19C1" w:rsidP="00CF19C1">
      <w:pPr>
        <w:spacing w:after="0"/>
        <w:rPr>
          <w:lang w:val="nl-NL"/>
        </w:rPr>
      </w:pPr>
      <w:r>
        <w:rPr>
          <w:lang w:val="nl-NL"/>
        </w:rPr>
        <w:t>5.1</w:t>
      </w:r>
      <w:r w:rsidRPr="00744BBA">
        <w:rPr>
          <w:lang w:val="nl-NL"/>
        </w:rPr>
        <w:t>. Terugblik 2024</w:t>
      </w:r>
    </w:p>
    <w:p w14:paraId="638DC415" w14:textId="16E0E561" w:rsidR="00FF660E" w:rsidRPr="00744BBA" w:rsidRDefault="00207BA5" w:rsidP="00FF660E">
      <w:pPr>
        <w:spacing w:after="0"/>
        <w:rPr>
          <w:lang w:val="nl-NL"/>
        </w:rPr>
      </w:pPr>
      <w:r>
        <w:rPr>
          <w:lang w:val="nl-NL"/>
        </w:rPr>
        <w:t xml:space="preserve">In de zomer hielden we </w:t>
      </w:r>
      <w:r w:rsidR="00811334">
        <w:rPr>
          <w:lang w:val="nl-NL"/>
        </w:rPr>
        <w:t>hier aan aantal Pr</w:t>
      </w:r>
      <w:r w:rsidR="00507A1A">
        <w:rPr>
          <w:lang w:val="nl-NL"/>
        </w:rPr>
        <w:t>a</w:t>
      </w:r>
      <w:r w:rsidR="00811334">
        <w:rPr>
          <w:lang w:val="nl-NL"/>
        </w:rPr>
        <w:t xml:space="preserve">ise en </w:t>
      </w:r>
      <w:r w:rsidR="00FF660E">
        <w:rPr>
          <w:lang w:val="nl-NL"/>
        </w:rPr>
        <w:t>Prayer-avonden. En we begonnen met de</w:t>
      </w:r>
      <w:r w:rsidR="00FF660E" w:rsidRPr="00744BBA">
        <w:rPr>
          <w:lang w:val="nl-NL"/>
        </w:rPr>
        <w:t xml:space="preserve"> Bijbel Open-avonden. </w:t>
      </w:r>
      <w:r w:rsidR="00FF660E">
        <w:rPr>
          <w:lang w:val="nl-NL"/>
        </w:rPr>
        <w:t xml:space="preserve">We leerden veel Heerdenaren kennen en er werd hard gewerkt om van De Deel een samenkomstruimte te maken. </w:t>
      </w:r>
      <w:r w:rsidR="00811334">
        <w:rPr>
          <w:lang w:val="nl-NL"/>
        </w:rPr>
        <w:t>Ook</w:t>
      </w:r>
      <w:r w:rsidR="00FF660E">
        <w:rPr>
          <w:lang w:val="nl-NL"/>
        </w:rPr>
        <w:t xml:space="preserve"> mochten </w:t>
      </w:r>
      <w:r w:rsidR="00A363F7">
        <w:rPr>
          <w:lang w:val="nl-NL"/>
        </w:rPr>
        <w:t xml:space="preserve">we </w:t>
      </w:r>
      <w:r w:rsidR="00FF660E">
        <w:rPr>
          <w:lang w:val="nl-NL"/>
        </w:rPr>
        <w:t xml:space="preserve">mensen </w:t>
      </w:r>
      <w:r w:rsidR="00A363F7">
        <w:rPr>
          <w:lang w:val="nl-NL"/>
        </w:rPr>
        <w:t xml:space="preserve">gaan </w:t>
      </w:r>
      <w:r w:rsidR="00FF660E">
        <w:rPr>
          <w:lang w:val="nl-NL"/>
        </w:rPr>
        <w:t>dopen.</w:t>
      </w:r>
    </w:p>
    <w:p w14:paraId="50A84048" w14:textId="77777777" w:rsidR="00FF660E" w:rsidRDefault="00FF660E" w:rsidP="00FF660E">
      <w:pPr>
        <w:spacing w:after="0"/>
        <w:rPr>
          <w:lang w:val="nl-NL"/>
        </w:rPr>
      </w:pPr>
    </w:p>
    <w:p w14:paraId="61B6DE26" w14:textId="77777777" w:rsidR="00FF660E" w:rsidRPr="00744BBA" w:rsidRDefault="00FF660E" w:rsidP="00FF660E">
      <w:pPr>
        <w:spacing w:after="0"/>
        <w:rPr>
          <w:lang w:val="nl-NL"/>
        </w:rPr>
      </w:pPr>
      <w:r>
        <w:rPr>
          <w:lang w:val="nl-NL"/>
        </w:rPr>
        <w:t>5.2</w:t>
      </w:r>
      <w:r w:rsidRPr="00744BBA">
        <w:rPr>
          <w:lang w:val="nl-NL"/>
        </w:rPr>
        <w:t>. Activiteiten in 2025</w:t>
      </w:r>
    </w:p>
    <w:p w14:paraId="3F754965" w14:textId="77777777" w:rsidR="00FF660E" w:rsidRPr="00744BBA" w:rsidRDefault="00FF660E" w:rsidP="00FF660E">
      <w:pPr>
        <w:spacing w:after="0"/>
        <w:rPr>
          <w:lang w:val="nl-NL"/>
        </w:rPr>
      </w:pPr>
      <w:r w:rsidRPr="00744BBA">
        <w:rPr>
          <w:lang w:val="nl-NL"/>
        </w:rPr>
        <w:t>A. Onderwijs &amp; discipelschap</w:t>
      </w:r>
    </w:p>
    <w:p w14:paraId="118D8F9F" w14:textId="6AB11B67" w:rsidR="00FF660E" w:rsidRPr="00744BBA" w:rsidRDefault="00FF660E" w:rsidP="00FF660E">
      <w:pPr>
        <w:spacing w:after="0"/>
        <w:rPr>
          <w:lang w:val="nl-NL"/>
        </w:rPr>
      </w:pPr>
      <w:r w:rsidRPr="00744BBA">
        <w:rPr>
          <w:lang w:val="nl-NL"/>
        </w:rPr>
        <w:t>- Bijbel Open Avonden</w:t>
      </w:r>
      <w:r w:rsidR="00154B9F">
        <w:rPr>
          <w:lang w:val="nl-NL"/>
        </w:rPr>
        <w:t xml:space="preserve"> (BOA)</w:t>
      </w:r>
      <w:r w:rsidRPr="00744BBA">
        <w:rPr>
          <w:lang w:val="nl-NL"/>
        </w:rPr>
        <w:t>: twee</w:t>
      </w:r>
      <w:r>
        <w:rPr>
          <w:lang w:val="nl-NL"/>
        </w:rPr>
        <w:t>-</w:t>
      </w:r>
      <w:r w:rsidRPr="00744BBA">
        <w:rPr>
          <w:lang w:val="nl-NL"/>
        </w:rPr>
        <w:t xml:space="preserve">wekelijks, met </w:t>
      </w:r>
      <w:r>
        <w:rPr>
          <w:lang w:val="nl-NL"/>
        </w:rPr>
        <w:t>wisselende samenstelling</w:t>
      </w:r>
      <w:r w:rsidRPr="00744BBA">
        <w:rPr>
          <w:lang w:val="nl-NL"/>
        </w:rPr>
        <w:t>.</w:t>
      </w:r>
    </w:p>
    <w:p w14:paraId="7ECB77C3" w14:textId="77777777" w:rsidR="00FF660E" w:rsidRDefault="00FF660E" w:rsidP="00FF660E">
      <w:pPr>
        <w:spacing w:after="0"/>
        <w:rPr>
          <w:lang w:val="nl-NL"/>
        </w:rPr>
      </w:pPr>
      <w:r w:rsidRPr="00744BBA">
        <w:rPr>
          <w:lang w:val="nl-NL"/>
        </w:rPr>
        <w:t>- One Basics-discipelschapsgroep: twee</w:t>
      </w:r>
      <w:r>
        <w:rPr>
          <w:lang w:val="nl-NL"/>
        </w:rPr>
        <w:t>-</w:t>
      </w:r>
      <w:r w:rsidRPr="00744BBA">
        <w:rPr>
          <w:lang w:val="nl-NL"/>
        </w:rPr>
        <w:t>wekelijks</w:t>
      </w:r>
      <w:r>
        <w:rPr>
          <w:lang w:val="nl-NL"/>
        </w:rPr>
        <w:t xml:space="preserve">, </w:t>
      </w:r>
      <w:r w:rsidRPr="00744BBA">
        <w:rPr>
          <w:lang w:val="nl-NL"/>
        </w:rPr>
        <w:t>start in januari; twee deelnemers gedoopt.</w:t>
      </w:r>
    </w:p>
    <w:p w14:paraId="5EBE6C19" w14:textId="77777777" w:rsidR="00FF660E" w:rsidRPr="007379C8" w:rsidRDefault="00FF660E" w:rsidP="00FF660E">
      <w:pPr>
        <w:spacing w:after="0"/>
        <w:rPr>
          <w:lang w:val="nl-NL"/>
        </w:rPr>
      </w:pPr>
      <w:r w:rsidRPr="007379C8">
        <w:rPr>
          <w:lang w:val="nl-NL"/>
        </w:rPr>
        <w:t xml:space="preserve">- Start </w:t>
      </w:r>
      <w:r>
        <w:rPr>
          <w:lang w:val="nl-NL"/>
        </w:rPr>
        <w:t>House of Miracles-</w:t>
      </w:r>
      <w:r w:rsidRPr="007379C8">
        <w:rPr>
          <w:lang w:val="nl-NL"/>
        </w:rPr>
        <w:t>huisgemeente op 30 september</w:t>
      </w:r>
      <w:r>
        <w:rPr>
          <w:lang w:val="nl-NL"/>
        </w:rPr>
        <w:t>; wekelijkse samenkomst</w:t>
      </w:r>
    </w:p>
    <w:p w14:paraId="4A45E973" w14:textId="77777777" w:rsidR="00FF660E" w:rsidRPr="00744BBA" w:rsidRDefault="00FF660E" w:rsidP="00FF660E">
      <w:pPr>
        <w:spacing w:after="0"/>
        <w:rPr>
          <w:lang w:val="nl-NL"/>
        </w:rPr>
      </w:pPr>
      <w:r w:rsidRPr="00744BBA">
        <w:rPr>
          <w:lang w:val="nl-NL"/>
        </w:rPr>
        <w:t>- Profetische Vrouwenochtenden: kleinschalige bijeenkomsten gericht op gebed en onderwijs.</w:t>
      </w:r>
    </w:p>
    <w:p w14:paraId="42D58405" w14:textId="77777777" w:rsidR="00441650" w:rsidRPr="00744BBA" w:rsidRDefault="00441650" w:rsidP="00441650">
      <w:pPr>
        <w:spacing w:after="0"/>
        <w:rPr>
          <w:lang w:val="nl-NL"/>
        </w:rPr>
      </w:pPr>
      <w:r w:rsidRPr="00744BBA">
        <w:rPr>
          <w:lang w:val="nl-NL"/>
        </w:rPr>
        <w:t>- School voor Profetische Strijders</w:t>
      </w:r>
      <w:r>
        <w:rPr>
          <w:lang w:val="nl-NL"/>
        </w:rPr>
        <w:t xml:space="preserve"> geleidt door Henriëtte</w:t>
      </w:r>
      <w:r w:rsidRPr="00744BBA">
        <w:rPr>
          <w:lang w:val="nl-NL"/>
        </w:rPr>
        <w:t>: zes ochtenden, 14 deelnemers.</w:t>
      </w:r>
    </w:p>
    <w:p w14:paraId="7719CFF8" w14:textId="77777777" w:rsidR="00FF660E" w:rsidRPr="00744BBA" w:rsidRDefault="00FF660E" w:rsidP="00FF660E">
      <w:pPr>
        <w:spacing w:after="0"/>
        <w:rPr>
          <w:lang w:val="nl-NL"/>
        </w:rPr>
      </w:pPr>
      <w:r w:rsidRPr="00744BBA">
        <w:rPr>
          <w:lang w:val="nl-NL"/>
        </w:rPr>
        <w:t>B. Samenkomsten &amp; events op de Deel</w:t>
      </w:r>
    </w:p>
    <w:p w14:paraId="344C4C37" w14:textId="77777777" w:rsidR="00FF660E" w:rsidRPr="00744BBA" w:rsidRDefault="00FF660E" w:rsidP="00FF660E">
      <w:pPr>
        <w:spacing w:after="0"/>
        <w:rPr>
          <w:lang w:val="nl-NL"/>
        </w:rPr>
      </w:pPr>
      <w:r w:rsidRPr="00744BBA">
        <w:rPr>
          <w:lang w:val="nl-NL"/>
        </w:rPr>
        <w:t>- Rivercall-teamdag op 12 april.</w:t>
      </w:r>
      <w:r>
        <w:rPr>
          <w:lang w:val="nl-NL"/>
        </w:rPr>
        <w:t xml:space="preserve"> (Dit was het eerste event!)</w:t>
      </w:r>
    </w:p>
    <w:p w14:paraId="6E149BD7" w14:textId="77777777" w:rsidR="00FF660E" w:rsidRPr="00744BBA" w:rsidRDefault="00FF660E" w:rsidP="00FF660E">
      <w:pPr>
        <w:spacing w:after="0"/>
        <w:rPr>
          <w:lang w:val="nl-NL"/>
        </w:rPr>
      </w:pPr>
      <w:r w:rsidRPr="00744BBA">
        <w:rPr>
          <w:lang w:val="nl-NL"/>
        </w:rPr>
        <w:t>- House of Miracles XL: vanaf Pasen elke zondag.</w:t>
      </w:r>
    </w:p>
    <w:p w14:paraId="27AB7A59" w14:textId="77777777" w:rsidR="00FF660E" w:rsidRPr="00744BBA" w:rsidRDefault="00FF660E" w:rsidP="00FF660E">
      <w:pPr>
        <w:spacing w:after="0"/>
        <w:rPr>
          <w:lang w:val="nl-NL"/>
        </w:rPr>
      </w:pPr>
      <w:r w:rsidRPr="00744BBA">
        <w:rPr>
          <w:lang w:val="nl-NL"/>
        </w:rPr>
        <w:t xml:space="preserve">- </w:t>
      </w:r>
      <w:r>
        <w:rPr>
          <w:lang w:val="nl-NL"/>
        </w:rPr>
        <w:t xml:space="preserve">Diverse events: </w:t>
      </w:r>
      <w:r w:rsidRPr="00744BBA">
        <w:rPr>
          <w:lang w:val="nl-NL"/>
        </w:rPr>
        <w:t>Evangelisatie training + outreach</w:t>
      </w:r>
      <w:r>
        <w:rPr>
          <w:lang w:val="nl-NL"/>
        </w:rPr>
        <w:t>, genezing, bevrijding</w:t>
      </w:r>
      <w:r w:rsidRPr="00744BBA">
        <w:rPr>
          <w:lang w:val="nl-NL"/>
        </w:rPr>
        <w:t>.</w:t>
      </w:r>
    </w:p>
    <w:p w14:paraId="788169E4" w14:textId="77777777" w:rsidR="00FF660E" w:rsidRPr="00744BBA" w:rsidRDefault="00FF660E" w:rsidP="00FF660E">
      <w:pPr>
        <w:spacing w:after="0"/>
        <w:rPr>
          <w:lang w:val="nl-NL"/>
        </w:rPr>
      </w:pPr>
      <w:r w:rsidRPr="00744BBA">
        <w:rPr>
          <w:lang w:val="nl-NL"/>
        </w:rPr>
        <w:t>C. Voorbede, pastoraat &amp; 1-op-1 werk</w:t>
      </w:r>
    </w:p>
    <w:p w14:paraId="17C84D90" w14:textId="77777777" w:rsidR="00FF660E" w:rsidRPr="00744BBA" w:rsidRDefault="00FF660E" w:rsidP="00FF660E">
      <w:pPr>
        <w:spacing w:after="0"/>
        <w:rPr>
          <w:lang w:val="nl-NL"/>
        </w:rPr>
      </w:pPr>
      <w:r w:rsidRPr="00744BBA">
        <w:rPr>
          <w:lang w:val="nl-NL"/>
        </w:rPr>
        <w:t>- Diverse 1-op-1 gesprekken en pastorale begeleiding.</w:t>
      </w:r>
    </w:p>
    <w:p w14:paraId="7A5438FE" w14:textId="77777777" w:rsidR="00FF660E" w:rsidRPr="00744BBA" w:rsidRDefault="00FF660E" w:rsidP="00FF660E">
      <w:pPr>
        <w:spacing w:after="0"/>
        <w:rPr>
          <w:lang w:val="nl-NL"/>
        </w:rPr>
      </w:pPr>
      <w:r w:rsidRPr="00744BBA">
        <w:rPr>
          <w:lang w:val="nl-NL"/>
        </w:rPr>
        <w:t>D. Gemeenschapsvorming</w:t>
      </w:r>
    </w:p>
    <w:p w14:paraId="0C1B6482" w14:textId="77777777" w:rsidR="00FF660E" w:rsidRPr="00744BBA" w:rsidRDefault="00FF660E" w:rsidP="00FF660E">
      <w:pPr>
        <w:spacing w:after="0"/>
        <w:rPr>
          <w:lang w:val="nl-NL"/>
        </w:rPr>
      </w:pPr>
      <w:r w:rsidRPr="00744BBA">
        <w:rPr>
          <w:lang w:val="nl-NL"/>
        </w:rPr>
        <w:t>- Partnerdag in oktober.</w:t>
      </w:r>
    </w:p>
    <w:p w14:paraId="11EB8900" w14:textId="77777777" w:rsidR="00FF660E" w:rsidRPr="00744BBA" w:rsidRDefault="00FF660E" w:rsidP="00FF660E">
      <w:pPr>
        <w:spacing w:after="0"/>
        <w:rPr>
          <w:lang w:val="nl-NL"/>
        </w:rPr>
      </w:pPr>
      <w:r w:rsidRPr="00744BBA">
        <w:rPr>
          <w:lang w:val="nl-NL"/>
        </w:rPr>
        <w:t>E. Opleiding &amp; toerusting</w:t>
      </w:r>
    </w:p>
    <w:p w14:paraId="7EA3CF04" w14:textId="77777777" w:rsidR="00FF660E" w:rsidRPr="000F185F" w:rsidRDefault="00FF660E" w:rsidP="00FF660E">
      <w:pPr>
        <w:spacing w:after="0"/>
        <w:rPr>
          <w:lang w:val="nl-NL"/>
        </w:rPr>
      </w:pPr>
      <w:r w:rsidRPr="00FF660E">
        <w:rPr>
          <w:lang w:val="nl-NL"/>
        </w:rPr>
        <w:t xml:space="preserve">- Leiders volgden Raising Prophet School en School of the Supernatural. </w:t>
      </w:r>
      <w:r w:rsidRPr="000F185F">
        <w:rPr>
          <w:lang w:val="nl-NL"/>
        </w:rPr>
        <w:t>(Beide afgerond in December)</w:t>
      </w:r>
    </w:p>
    <w:p w14:paraId="6D49BA25" w14:textId="499CDD10" w:rsidR="00FF660E" w:rsidRPr="00744BBA" w:rsidRDefault="00507A1A" w:rsidP="00FF660E">
      <w:pPr>
        <w:spacing w:after="0"/>
        <w:rPr>
          <w:lang w:val="nl-NL"/>
        </w:rPr>
      </w:pPr>
      <w:r>
        <w:rPr>
          <w:lang w:val="nl-NL"/>
        </w:rPr>
        <w:t>5.</w:t>
      </w:r>
      <w:r w:rsidR="00FF660E">
        <w:rPr>
          <w:lang w:val="nl-NL"/>
        </w:rPr>
        <w:t>3</w:t>
      </w:r>
      <w:r w:rsidR="00FF660E" w:rsidRPr="00744BBA">
        <w:rPr>
          <w:lang w:val="nl-NL"/>
        </w:rPr>
        <w:t>. Bereik en effecten</w:t>
      </w:r>
    </w:p>
    <w:p w14:paraId="40771AA6" w14:textId="77777777" w:rsidR="00FF660E" w:rsidRPr="00744BBA" w:rsidRDefault="00FF660E" w:rsidP="00FF660E">
      <w:pPr>
        <w:spacing w:after="0"/>
        <w:rPr>
          <w:lang w:val="nl-NL"/>
        </w:rPr>
      </w:pPr>
      <w:r w:rsidRPr="00744BBA">
        <w:rPr>
          <w:lang w:val="nl-NL"/>
        </w:rPr>
        <w:t xml:space="preserve">- Deelnemers aan BOA, One Basics, </w:t>
      </w:r>
      <w:r>
        <w:rPr>
          <w:lang w:val="nl-NL"/>
        </w:rPr>
        <w:t xml:space="preserve">HoM huisgemeente, </w:t>
      </w:r>
      <w:r w:rsidRPr="00744BBA">
        <w:rPr>
          <w:lang w:val="nl-NL"/>
        </w:rPr>
        <w:t>HoM XL, School Profetische Strijders</w:t>
      </w:r>
      <w:r>
        <w:rPr>
          <w:lang w:val="nl-NL"/>
        </w:rPr>
        <w:t>, events</w:t>
      </w:r>
      <w:r w:rsidRPr="00744BBA">
        <w:rPr>
          <w:lang w:val="nl-NL"/>
        </w:rPr>
        <w:t xml:space="preserve"> en meerdere 1-op-1 trajecten.</w:t>
      </w:r>
      <w:r>
        <w:rPr>
          <w:lang w:val="nl-NL"/>
        </w:rPr>
        <w:t xml:space="preserve"> Meer dan 300 mensen zijn hierdoor één of meerdere keren in de Aernt geweest, zowel vanuit Heerde als van elders.</w:t>
      </w:r>
    </w:p>
    <w:p w14:paraId="344619DD" w14:textId="77777777" w:rsidR="00FF660E" w:rsidRPr="00744BBA" w:rsidRDefault="00FF660E" w:rsidP="00FF660E">
      <w:pPr>
        <w:spacing w:after="0"/>
        <w:rPr>
          <w:lang w:val="nl-NL"/>
        </w:rPr>
      </w:pPr>
      <w:r w:rsidRPr="00744BBA">
        <w:rPr>
          <w:lang w:val="nl-NL"/>
        </w:rPr>
        <w:t xml:space="preserve">- </w:t>
      </w:r>
      <w:r>
        <w:rPr>
          <w:lang w:val="nl-NL"/>
        </w:rPr>
        <w:t>Talloze</w:t>
      </w:r>
      <w:r w:rsidRPr="00744BBA">
        <w:rPr>
          <w:lang w:val="nl-NL"/>
        </w:rPr>
        <w:t xml:space="preserve"> getuigenissen van herstel, bevrijding, vrede en geestelijke groei.</w:t>
      </w:r>
    </w:p>
    <w:p w14:paraId="005AF8AC" w14:textId="4ACC246A" w:rsidR="00FF660E" w:rsidRPr="00744BBA" w:rsidRDefault="00507A1A" w:rsidP="00FF660E">
      <w:pPr>
        <w:spacing w:after="0"/>
        <w:rPr>
          <w:lang w:val="nl-NL"/>
        </w:rPr>
      </w:pPr>
      <w:r>
        <w:rPr>
          <w:lang w:val="nl-NL"/>
        </w:rPr>
        <w:t>5.</w:t>
      </w:r>
      <w:r w:rsidR="00FF660E">
        <w:rPr>
          <w:lang w:val="nl-NL"/>
        </w:rPr>
        <w:t>4</w:t>
      </w:r>
      <w:r w:rsidR="00FF660E" w:rsidRPr="00744BBA">
        <w:rPr>
          <w:lang w:val="nl-NL"/>
        </w:rPr>
        <w:t>. Samenwerking</w:t>
      </w:r>
    </w:p>
    <w:p w14:paraId="3D02999A" w14:textId="77777777" w:rsidR="00FF660E" w:rsidRPr="00744BBA" w:rsidRDefault="00FF660E" w:rsidP="00FF660E">
      <w:pPr>
        <w:spacing w:after="0"/>
        <w:rPr>
          <w:lang w:val="nl-NL"/>
        </w:rPr>
      </w:pPr>
      <w:r w:rsidRPr="00744BBA">
        <w:rPr>
          <w:lang w:val="nl-NL"/>
        </w:rPr>
        <w:t>- Samenwerking met House of Miracles, Schud de Plaatsen, Rivercall Nederland.</w:t>
      </w:r>
    </w:p>
    <w:p w14:paraId="27CB8EDA" w14:textId="77777777" w:rsidR="00FF660E" w:rsidRPr="00744BBA" w:rsidRDefault="00FF660E" w:rsidP="00FF660E">
      <w:pPr>
        <w:spacing w:after="0"/>
        <w:rPr>
          <w:lang w:val="nl-NL"/>
        </w:rPr>
      </w:pPr>
      <w:r w:rsidRPr="00744BBA">
        <w:rPr>
          <w:lang w:val="nl-NL"/>
        </w:rPr>
        <w:t>- Aanwezig wachtersteam voor geestelijke support.</w:t>
      </w:r>
    </w:p>
    <w:p w14:paraId="47340442" w14:textId="066B8016" w:rsidR="00FF660E" w:rsidRPr="00744BBA" w:rsidRDefault="00507A1A" w:rsidP="00FF660E">
      <w:pPr>
        <w:spacing w:after="0"/>
        <w:rPr>
          <w:lang w:val="nl-NL"/>
        </w:rPr>
      </w:pPr>
      <w:r>
        <w:rPr>
          <w:lang w:val="nl-NL"/>
        </w:rPr>
        <w:t>5.</w:t>
      </w:r>
      <w:r w:rsidR="00FF660E">
        <w:rPr>
          <w:lang w:val="nl-NL"/>
        </w:rPr>
        <w:t>5</w:t>
      </w:r>
      <w:r w:rsidR="00FF660E" w:rsidRPr="00744BBA">
        <w:rPr>
          <w:lang w:val="nl-NL"/>
        </w:rPr>
        <w:t>. Vrijwilligers en partners</w:t>
      </w:r>
    </w:p>
    <w:p w14:paraId="31942142" w14:textId="77777777" w:rsidR="00FF660E" w:rsidRPr="00744BBA" w:rsidRDefault="00FF660E" w:rsidP="00FF660E">
      <w:pPr>
        <w:spacing w:after="0"/>
        <w:rPr>
          <w:lang w:val="nl-NL"/>
        </w:rPr>
      </w:pPr>
      <w:r w:rsidRPr="00744BBA">
        <w:rPr>
          <w:lang w:val="nl-NL"/>
        </w:rPr>
        <w:t>- Groei in partners; incidentele giften voorzien op cruciale momenten.</w:t>
      </w:r>
    </w:p>
    <w:p w14:paraId="1ACCAD2E" w14:textId="77777777" w:rsidR="00FF660E" w:rsidRPr="00744BBA" w:rsidRDefault="00FF660E" w:rsidP="00FF660E">
      <w:pPr>
        <w:spacing w:after="0"/>
        <w:rPr>
          <w:lang w:val="nl-NL"/>
        </w:rPr>
      </w:pPr>
      <w:r w:rsidRPr="00744BBA">
        <w:rPr>
          <w:lang w:val="nl-NL"/>
        </w:rPr>
        <w:t>- Hulp bij verbouwing en bijeenkomsten.</w:t>
      </w:r>
    </w:p>
    <w:p w14:paraId="391C8D23" w14:textId="1ADD52D4" w:rsidR="00FF660E" w:rsidRPr="00744BBA" w:rsidRDefault="00507A1A" w:rsidP="00FF660E">
      <w:pPr>
        <w:spacing w:after="0"/>
        <w:rPr>
          <w:lang w:val="nl-NL"/>
        </w:rPr>
      </w:pPr>
      <w:r>
        <w:rPr>
          <w:lang w:val="nl-NL"/>
        </w:rPr>
        <w:t>5.</w:t>
      </w:r>
      <w:r w:rsidR="00FF660E">
        <w:rPr>
          <w:lang w:val="nl-NL"/>
        </w:rPr>
        <w:t>6</w:t>
      </w:r>
      <w:r w:rsidR="00FF660E" w:rsidRPr="00744BBA">
        <w:rPr>
          <w:lang w:val="nl-NL"/>
        </w:rPr>
        <w:t>. Communicatie</w:t>
      </w:r>
    </w:p>
    <w:p w14:paraId="175F3FE0" w14:textId="77777777" w:rsidR="00FF660E" w:rsidRPr="00744BBA" w:rsidRDefault="00FF660E" w:rsidP="00FF660E">
      <w:pPr>
        <w:spacing w:after="0"/>
        <w:rPr>
          <w:lang w:val="nl-NL"/>
        </w:rPr>
      </w:pPr>
      <w:r w:rsidRPr="00744BBA">
        <w:rPr>
          <w:lang w:val="nl-NL"/>
        </w:rPr>
        <w:t>- Nieuwsbrieven</w:t>
      </w:r>
      <w:r>
        <w:rPr>
          <w:lang w:val="nl-NL"/>
        </w:rPr>
        <w:t xml:space="preserve"> per kwartaal (in Q3 niet gelukt)</w:t>
      </w:r>
      <w:r w:rsidRPr="00744BBA">
        <w:rPr>
          <w:lang w:val="nl-NL"/>
        </w:rPr>
        <w:t>.</w:t>
      </w:r>
    </w:p>
    <w:p w14:paraId="3C2224C7" w14:textId="77777777" w:rsidR="00FF660E" w:rsidRPr="00744BBA" w:rsidRDefault="00FF660E" w:rsidP="00FF660E">
      <w:pPr>
        <w:spacing w:after="0"/>
        <w:rPr>
          <w:lang w:val="nl-NL"/>
        </w:rPr>
      </w:pPr>
      <w:r w:rsidRPr="00744BBA">
        <w:rPr>
          <w:lang w:val="nl-NL"/>
        </w:rPr>
        <w:t>- Website met agenda en partnerinformatie.</w:t>
      </w:r>
    </w:p>
    <w:p w14:paraId="04E9CD2C" w14:textId="69AB954D" w:rsidR="00FF660E" w:rsidRPr="00744BBA" w:rsidRDefault="00507A1A" w:rsidP="00FF660E">
      <w:pPr>
        <w:spacing w:after="0"/>
        <w:rPr>
          <w:lang w:val="nl-NL"/>
        </w:rPr>
      </w:pPr>
      <w:r>
        <w:rPr>
          <w:lang w:val="nl-NL"/>
        </w:rPr>
        <w:t>5.</w:t>
      </w:r>
      <w:r w:rsidR="00FF660E">
        <w:rPr>
          <w:lang w:val="nl-NL"/>
        </w:rPr>
        <w:t>7</w:t>
      </w:r>
      <w:r w:rsidR="00FF660E" w:rsidRPr="00744BBA">
        <w:rPr>
          <w:lang w:val="nl-NL"/>
        </w:rPr>
        <w:t>. Vooruitblik 2026</w:t>
      </w:r>
    </w:p>
    <w:p w14:paraId="1870D386" w14:textId="77777777" w:rsidR="00FF660E" w:rsidRPr="00744BBA" w:rsidRDefault="00FF660E" w:rsidP="00FF660E">
      <w:pPr>
        <w:spacing w:after="0"/>
        <w:rPr>
          <w:lang w:val="nl-NL"/>
        </w:rPr>
      </w:pPr>
      <w:r w:rsidRPr="00744BBA">
        <w:rPr>
          <w:lang w:val="nl-NL"/>
        </w:rPr>
        <w:t>- Diverse events gepland: genezingsdienst, huiskamer-event, vrouwenevent.</w:t>
      </w:r>
    </w:p>
    <w:p w14:paraId="3B6F7A8C" w14:textId="77777777" w:rsidR="00FF660E" w:rsidRPr="00744BBA" w:rsidRDefault="00FF660E" w:rsidP="00FF660E">
      <w:pPr>
        <w:spacing w:after="0"/>
        <w:rPr>
          <w:lang w:val="nl-NL"/>
        </w:rPr>
      </w:pPr>
      <w:r w:rsidRPr="00744BBA">
        <w:rPr>
          <w:lang w:val="nl-NL"/>
        </w:rPr>
        <w:t>- Vervolg van BOA, One Basics, huisgemeente en HoM XL.</w:t>
      </w:r>
    </w:p>
    <w:p w14:paraId="3EBD0F8C" w14:textId="77777777" w:rsidR="00FF660E" w:rsidRPr="00744BBA" w:rsidRDefault="00FF660E" w:rsidP="00FF660E">
      <w:pPr>
        <w:spacing w:after="0"/>
        <w:rPr>
          <w:lang w:val="nl-NL"/>
        </w:rPr>
      </w:pPr>
      <w:r w:rsidRPr="00744BBA">
        <w:rPr>
          <w:lang w:val="nl-NL"/>
        </w:rPr>
        <w:t>- Henriëtte in dienst van de stichting.</w:t>
      </w:r>
    </w:p>
    <w:p w14:paraId="760A3AA8" w14:textId="5B505B38" w:rsidR="00FF660E" w:rsidRPr="00744BBA" w:rsidRDefault="00507A1A" w:rsidP="00FF660E">
      <w:pPr>
        <w:spacing w:after="0"/>
        <w:rPr>
          <w:lang w:val="nl-NL"/>
        </w:rPr>
      </w:pPr>
      <w:r>
        <w:rPr>
          <w:lang w:val="nl-NL"/>
        </w:rPr>
        <w:t>5.</w:t>
      </w:r>
      <w:r w:rsidR="00FF660E">
        <w:rPr>
          <w:lang w:val="nl-NL"/>
        </w:rPr>
        <w:t>8</w:t>
      </w:r>
      <w:r w:rsidR="00FF660E" w:rsidRPr="00744BBA">
        <w:rPr>
          <w:lang w:val="nl-NL"/>
        </w:rPr>
        <w:t>. Governance &amp; ANBI transparantie</w:t>
      </w:r>
    </w:p>
    <w:p w14:paraId="01794635" w14:textId="1D974420" w:rsidR="00FF660E" w:rsidRPr="00744BBA" w:rsidRDefault="00FF660E" w:rsidP="00FF660E">
      <w:pPr>
        <w:spacing w:after="0"/>
        <w:rPr>
          <w:lang w:val="nl-NL"/>
        </w:rPr>
      </w:pPr>
      <w:r w:rsidRPr="00744BBA">
        <w:rPr>
          <w:lang w:val="nl-NL"/>
        </w:rPr>
        <w:t xml:space="preserve">- Publicatie van gegevens, beleidsplan en jaarstukken via </w:t>
      </w:r>
      <w:r w:rsidR="00F351A3">
        <w:rPr>
          <w:lang w:val="nl-NL"/>
        </w:rPr>
        <w:t>hetboetje.com</w:t>
      </w:r>
      <w:r w:rsidRPr="00744BBA">
        <w:rPr>
          <w:lang w:val="nl-NL"/>
        </w:rPr>
        <w:t>.</w:t>
      </w:r>
    </w:p>
    <w:p w14:paraId="58491524" w14:textId="77777777" w:rsidR="000055D3" w:rsidRPr="002D0D45" w:rsidRDefault="000055D3" w:rsidP="008747C0">
      <w:pPr>
        <w:spacing w:after="0"/>
        <w:rPr>
          <w:lang w:val="nl-NL"/>
        </w:rPr>
      </w:pPr>
    </w:p>
    <w:p w14:paraId="177FA0EB" w14:textId="77777777" w:rsidR="001560F5" w:rsidRDefault="001560F5" w:rsidP="008747C0">
      <w:pPr>
        <w:spacing w:after="0"/>
        <w:rPr>
          <w:b/>
          <w:lang w:val="nl-NL"/>
        </w:rPr>
      </w:pPr>
    </w:p>
    <w:p w14:paraId="61705182" w14:textId="126D859D" w:rsidR="00A727C6" w:rsidRPr="005D7C58" w:rsidRDefault="00000000" w:rsidP="008747C0">
      <w:pPr>
        <w:spacing w:after="0"/>
        <w:rPr>
          <w:bCs/>
          <w:lang w:val="nl-NL"/>
        </w:rPr>
      </w:pPr>
      <w:r w:rsidRPr="002D0D45">
        <w:rPr>
          <w:b/>
          <w:lang w:val="nl-NL"/>
        </w:rPr>
        <w:lastRenderedPageBreak/>
        <w:t>6. Financiële verantwoording 2025</w:t>
      </w:r>
      <w:r w:rsidR="00A53065" w:rsidRPr="005D7C58">
        <w:rPr>
          <w:b/>
          <w:lang w:val="nl-NL"/>
        </w:rPr>
        <w:t xml:space="preserve"> </w:t>
      </w:r>
      <w:r w:rsidR="005D7C58" w:rsidRPr="005D7C58">
        <w:rPr>
          <w:b/>
          <w:lang w:val="nl-NL"/>
        </w:rPr>
        <w:t xml:space="preserve">&amp; </w:t>
      </w:r>
      <w:r w:rsidR="005D7C58" w:rsidRPr="00F24870">
        <w:rPr>
          <w:b/>
          <w:sz w:val="20"/>
          <w:szCs w:val="20"/>
          <w:lang w:val="nl-NL"/>
        </w:rPr>
        <w:t>2024</w:t>
      </w:r>
    </w:p>
    <w:p w14:paraId="2CF3C2BE" w14:textId="77777777" w:rsidR="00A727C6" w:rsidRPr="002D0D45" w:rsidRDefault="00000000" w:rsidP="008747C0">
      <w:pPr>
        <w:spacing w:after="0"/>
        <w:rPr>
          <w:lang w:val="nl-NL"/>
        </w:rPr>
      </w:pPr>
      <w:r w:rsidRPr="002D0D45">
        <w:rPr>
          <w:lang w:val="nl-NL"/>
        </w:rPr>
        <w:t>Alle bedragen in hele euro’s.</w:t>
      </w:r>
    </w:p>
    <w:p w14:paraId="16E70C0C" w14:textId="77777777" w:rsidR="000055D3" w:rsidRPr="00B5073C" w:rsidRDefault="000055D3" w:rsidP="008747C0">
      <w:pPr>
        <w:spacing w:after="0"/>
        <w:rPr>
          <w:b/>
          <w:lang w:val="nl-NL"/>
        </w:rPr>
      </w:pPr>
    </w:p>
    <w:p w14:paraId="1E82B6B0" w14:textId="5ACA3FA4" w:rsidR="00A727C6" w:rsidRDefault="00000000" w:rsidP="008747C0">
      <w:pPr>
        <w:spacing w:after="0"/>
      </w:pPr>
      <w:r>
        <w:rPr>
          <w:b/>
        </w:rPr>
        <w:t>6.1 Balans per 31-12-2025</w:t>
      </w:r>
      <w:r w:rsidR="005D7C58">
        <w:rPr>
          <w:b/>
        </w:rPr>
        <w:t xml:space="preserve"> </w:t>
      </w:r>
      <w:r w:rsidR="005D7C58" w:rsidRPr="00F24870">
        <w:rPr>
          <w:b/>
          <w:sz w:val="20"/>
          <w:szCs w:val="20"/>
        </w:rPr>
        <w:t>en per 31-12-2</w:t>
      </w:r>
      <w:r w:rsidR="00DA263D" w:rsidRPr="00F24870">
        <w:rPr>
          <w:b/>
          <w:sz w:val="20"/>
          <w:szCs w:val="20"/>
        </w:rPr>
        <w:t>024</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843"/>
        <w:gridCol w:w="1843"/>
      </w:tblGrid>
      <w:tr w:rsidR="00DA263D" w14:paraId="04B227E7" w14:textId="4189775D" w:rsidTr="00751C62">
        <w:tc>
          <w:tcPr>
            <w:tcW w:w="2835" w:type="dxa"/>
            <w:shd w:val="clear" w:color="auto" w:fill="EEECE1" w:themeFill="background2"/>
          </w:tcPr>
          <w:p w14:paraId="17A7323E" w14:textId="77777777" w:rsidR="00DA263D" w:rsidRDefault="00DA263D" w:rsidP="00DA263D">
            <w:pPr>
              <w:spacing w:after="0"/>
            </w:pPr>
            <w:r>
              <w:t>Activa</w:t>
            </w:r>
          </w:p>
        </w:tc>
        <w:tc>
          <w:tcPr>
            <w:tcW w:w="1843" w:type="dxa"/>
            <w:shd w:val="clear" w:color="auto" w:fill="EEECE1" w:themeFill="background2"/>
          </w:tcPr>
          <w:p w14:paraId="043F1FC3" w14:textId="77777777" w:rsidR="00DA263D" w:rsidRDefault="00DA263D" w:rsidP="0053302F">
            <w:pPr>
              <w:spacing w:after="0"/>
              <w:jc w:val="right"/>
            </w:pPr>
            <w:r>
              <w:t>31-12-2025</w:t>
            </w:r>
          </w:p>
        </w:tc>
        <w:tc>
          <w:tcPr>
            <w:tcW w:w="1843" w:type="dxa"/>
            <w:shd w:val="clear" w:color="auto" w:fill="EEECE1" w:themeFill="background2"/>
          </w:tcPr>
          <w:p w14:paraId="51B5073F" w14:textId="693CDE82" w:rsidR="00DA263D" w:rsidRPr="00F24870" w:rsidRDefault="00DA263D" w:rsidP="0053302F">
            <w:pPr>
              <w:spacing w:after="0"/>
              <w:jc w:val="right"/>
              <w:rPr>
                <w:sz w:val="20"/>
                <w:szCs w:val="20"/>
              </w:rPr>
            </w:pPr>
            <w:r w:rsidRPr="00F24870">
              <w:rPr>
                <w:sz w:val="20"/>
                <w:szCs w:val="20"/>
              </w:rPr>
              <w:t>31-12-2024</w:t>
            </w:r>
          </w:p>
        </w:tc>
      </w:tr>
      <w:tr w:rsidR="00DA263D" w14:paraId="27DF6C1C" w14:textId="1DA249D3" w:rsidTr="00751C62">
        <w:tc>
          <w:tcPr>
            <w:tcW w:w="2835" w:type="dxa"/>
          </w:tcPr>
          <w:p w14:paraId="41B174E7" w14:textId="77777777" w:rsidR="00DA263D" w:rsidRDefault="00DA263D" w:rsidP="00DA263D">
            <w:pPr>
              <w:spacing w:after="0"/>
            </w:pPr>
            <w:r>
              <w:t>Liquide middelen</w:t>
            </w:r>
          </w:p>
        </w:tc>
        <w:tc>
          <w:tcPr>
            <w:tcW w:w="1843" w:type="dxa"/>
          </w:tcPr>
          <w:p w14:paraId="4FDE8D4C" w14:textId="77777777" w:rsidR="00DA263D" w:rsidRDefault="00DA263D" w:rsidP="0053302F">
            <w:pPr>
              <w:spacing w:after="0"/>
              <w:jc w:val="right"/>
            </w:pPr>
            <w:r>
              <w:t>920</w:t>
            </w:r>
          </w:p>
        </w:tc>
        <w:tc>
          <w:tcPr>
            <w:tcW w:w="1843" w:type="dxa"/>
          </w:tcPr>
          <w:p w14:paraId="75F6E73C" w14:textId="4C7387A9" w:rsidR="00DA263D" w:rsidRPr="00F24870" w:rsidRDefault="00FF7FAA" w:rsidP="0053302F">
            <w:pPr>
              <w:spacing w:after="0"/>
              <w:jc w:val="right"/>
              <w:rPr>
                <w:sz w:val="20"/>
                <w:szCs w:val="20"/>
              </w:rPr>
            </w:pPr>
            <w:r w:rsidRPr="00F24870">
              <w:rPr>
                <w:sz w:val="20"/>
                <w:szCs w:val="20"/>
              </w:rPr>
              <w:t>2</w:t>
            </w:r>
            <w:r w:rsidR="004615E6">
              <w:rPr>
                <w:sz w:val="20"/>
                <w:szCs w:val="20"/>
              </w:rPr>
              <w:t>.</w:t>
            </w:r>
            <w:r w:rsidRPr="00F24870">
              <w:rPr>
                <w:sz w:val="20"/>
                <w:szCs w:val="20"/>
              </w:rPr>
              <w:t>104</w:t>
            </w:r>
          </w:p>
        </w:tc>
      </w:tr>
    </w:tbl>
    <w:p w14:paraId="41433D4C" w14:textId="77777777" w:rsidR="00A727C6" w:rsidRDefault="00A727C6" w:rsidP="008747C0">
      <w:pPr>
        <w:spacing w:after="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843"/>
        <w:gridCol w:w="1843"/>
      </w:tblGrid>
      <w:tr w:rsidR="00F24870" w14:paraId="53982EAA" w14:textId="19AE806F" w:rsidTr="00751C62">
        <w:tc>
          <w:tcPr>
            <w:tcW w:w="2835" w:type="dxa"/>
            <w:shd w:val="clear" w:color="auto" w:fill="EEECE1" w:themeFill="background2"/>
          </w:tcPr>
          <w:p w14:paraId="4B935F41" w14:textId="77777777" w:rsidR="00F24870" w:rsidRDefault="00F24870" w:rsidP="00F24870">
            <w:pPr>
              <w:spacing w:after="0"/>
            </w:pPr>
            <w:r>
              <w:t>Passiva</w:t>
            </w:r>
          </w:p>
        </w:tc>
        <w:tc>
          <w:tcPr>
            <w:tcW w:w="1843" w:type="dxa"/>
            <w:shd w:val="clear" w:color="auto" w:fill="EEECE1" w:themeFill="background2"/>
          </w:tcPr>
          <w:p w14:paraId="6FBA27DD" w14:textId="77777777" w:rsidR="00F24870" w:rsidRDefault="00F24870" w:rsidP="0053302F">
            <w:pPr>
              <w:spacing w:after="0"/>
              <w:jc w:val="right"/>
            </w:pPr>
            <w:r>
              <w:t>31-12-2025</w:t>
            </w:r>
          </w:p>
        </w:tc>
        <w:tc>
          <w:tcPr>
            <w:tcW w:w="1843" w:type="dxa"/>
            <w:shd w:val="clear" w:color="auto" w:fill="EEECE1" w:themeFill="background2"/>
          </w:tcPr>
          <w:p w14:paraId="5681EC6D" w14:textId="6FD5B8F8" w:rsidR="00F24870" w:rsidRDefault="00F24870" w:rsidP="0053302F">
            <w:pPr>
              <w:spacing w:after="0"/>
              <w:jc w:val="right"/>
            </w:pPr>
            <w:r w:rsidRPr="00F24870">
              <w:rPr>
                <w:sz w:val="20"/>
                <w:szCs w:val="20"/>
              </w:rPr>
              <w:t>31-12-2024</w:t>
            </w:r>
          </w:p>
        </w:tc>
      </w:tr>
      <w:tr w:rsidR="00F24870" w14:paraId="31259458" w14:textId="2DBC2DD7" w:rsidTr="00751C62">
        <w:tc>
          <w:tcPr>
            <w:tcW w:w="2835" w:type="dxa"/>
          </w:tcPr>
          <w:p w14:paraId="10430075" w14:textId="77777777" w:rsidR="00F24870" w:rsidRDefault="00F24870" w:rsidP="00F24870">
            <w:pPr>
              <w:spacing w:after="0"/>
            </w:pPr>
            <w:r>
              <w:t>Eigen vermogen</w:t>
            </w:r>
          </w:p>
        </w:tc>
        <w:tc>
          <w:tcPr>
            <w:tcW w:w="1843" w:type="dxa"/>
          </w:tcPr>
          <w:p w14:paraId="75755407" w14:textId="77777777" w:rsidR="00F24870" w:rsidRDefault="00F24870" w:rsidP="0053302F">
            <w:pPr>
              <w:spacing w:after="0"/>
              <w:jc w:val="right"/>
            </w:pPr>
            <w:r>
              <w:t>920</w:t>
            </w:r>
          </w:p>
        </w:tc>
        <w:tc>
          <w:tcPr>
            <w:tcW w:w="1843" w:type="dxa"/>
          </w:tcPr>
          <w:p w14:paraId="27376780" w14:textId="07284B7E" w:rsidR="00F24870" w:rsidRDefault="00F24870" w:rsidP="0053302F">
            <w:pPr>
              <w:spacing w:after="0"/>
              <w:jc w:val="right"/>
            </w:pPr>
            <w:r w:rsidRPr="00F24870">
              <w:rPr>
                <w:sz w:val="20"/>
                <w:szCs w:val="20"/>
              </w:rPr>
              <w:t>2</w:t>
            </w:r>
            <w:r w:rsidR="004615E6">
              <w:rPr>
                <w:sz w:val="20"/>
                <w:szCs w:val="20"/>
              </w:rPr>
              <w:t>.</w:t>
            </w:r>
            <w:r w:rsidRPr="00F24870">
              <w:rPr>
                <w:sz w:val="20"/>
                <w:szCs w:val="20"/>
              </w:rPr>
              <w:t>104</w:t>
            </w:r>
          </w:p>
        </w:tc>
      </w:tr>
    </w:tbl>
    <w:p w14:paraId="09B8BAEE" w14:textId="77777777" w:rsidR="00A727C6" w:rsidRDefault="00A727C6" w:rsidP="008747C0">
      <w:pPr>
        <w:spacing w:after="0"/>
      </w:pPr>
    </w:p>
    <w:p w14:paraId="0EE7F077" w14:textId="77777777" w:rsidR="00A727C6" w:rsidRDefault="00000000" w:rsidP="008747C0">
      <w:pPr>
        <w:spacing w:after="0"/>
        <w:rPr>
          <w:b/>
        </w:rPr>
      </w:pPr>
      <w:r>
        <w:rPr>
          <w:b/>
        </w:rPr>
        <w:t>Mutatie eigen vermogen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843"/>
      </w:tblGrid>
      <w:tr w:rsidR="00D42180" w:rsidRPr="00D42180" w14:paraId="1BD04CD1" w14:textId="77777777" w:rsidTr="00751C62">
        <w:tc>
          <w:tcPr>
            <w:tcW w:w="2835" w:type="dxa"/>
            <w:shd w:val="clear" w:color="auto" w:fill="EEECE1" w:themeFill="background2"/>
          </w:tcPr>
          <w:p w14:paraId="57EA9DAD" w14:textId="77777777" w:rsidR="00D42180" w:rsidRPr="00D42180" w:rsidRDefault="00D42180" w:rsidP="003F1A60">
            <w:pPr>
              <w:spacing w:after="0"/>
              <w:rPr>
                <w:sz w:val="20"/>
                <w:szCs w:val="20"/>
              </w:rPr>
            </w:pPr>
            <w:r w:rsidRPr="00D42180">
              <w:rPr>
                <w:sz w:val="20"/>
                <w:szCs w:val="20"/>
              </w:rPr>
              <w:t>Post</w:t>
            </w:r>
          </w:p>
        </w:tc>
        <w:tc>
          <w:tcPr>
            <w:tcW w:w="1843" w:type="dxa"/>
            <w:shd w:val="clear" w:color="auto" w:fill="EEECE1" w:themeFill="background2"/>
          </w:tcPr>
          <w:p w14:paraId="5EAFDD79" w14:textId="77777777" w:rsidR="00D42180" w:rsidRPr="00D42180" w:rsidRDefault="00D42180" w:rsidP="0053302F">
            <w:pPr>
              <w:spacing w:after="0"/>
              <w:jc w:val="right"/>
              <w:rPr>
                <w:sz w:val="20"/>
                <w:szCs w:val="20"/>
              </w:rPr>
            </w:pPr>
            <w:r w:rsidRPr="00D42180">
              <w:rPr>
                <w:sz w:val="20"/>
                <w:szCs w:val="20"/>
              </w:rPr>
              <w:t>Bedrag</w:t>
            </w:r>
          </w:p>
        </w:tc>
      </w:tr>
      <w:tr w:rsidR="00D42180" w:rsidRPr="00D42180" w14:paraId="3C077948" w14:textId="77777777" w:rsidTr="00751C62">
        <w:tc>
          <w:tcPr>
            <w:tcW w:w="2835" w:type="dxa"/>
          </w:tcPr>
          <w:p w14:paraId="211FA9F2" w14:textId="75B12A9A" w:rsidR="00D42180" w:rsidRPr="00D42180" w:rsidRDefault="00D42180" w:rsidP="003F1A60">
            <w:pPr>
              <w:spacing w:after="0"/>
              <w:rPr>
                <w:sz w:val="20"/>
                <w:szCs w:val="20"/>
              </w:rPr>
            </w:pPr>
            <w:r w:rsidRPr="00D42180">
              <w:rPr>
                <w:sz w:val="20"/>
                <w:szCs w:val="20"/>
              </w:rPr>
              <w:t>Stand 1-1-202</w:t>
            </w:r>
            <w:r w:rsidR="0076230F">
              <w:rPr>
                <w:sz w:val="20"/>
                <w:szCs w:val="20"/>
              </w:rPr>
              <w:t>4</w:t>
            </w:r>
          </w:p>
        </w:tc>
        <w:tc>
          <w:tcPr>
            <w:tcW w:w="1843" w:type="dxa"/>
          </w:tcPr>
          <w:p w14:paraId="56C76F58" w14:textId="5C2502D8" w:rsidR="00D42180" w:rsidRPr="00D42180" w:rsidRDefault="0076230F" w:rsidP="0053302F">
            <w:pPr>
              <w:spacing w:after="0"/>
              <w:jc w:val="right"/>
              <w:rPr>
                <w:sz w:val="20"/>
                <w:szCs w:val="20"/>
              </w:rPr>
            </w:pPr>
            <w:r>
              <w:rPr>
                <w:sz w:val="20"/>
                <w:szCs w:val="20"/>
              </w:rPr>
              <w:t>0</w:t>
            </w:r>
          </w:p>
        </w:tc>
      </w:tr>
      <w:tr w:rsidR="00D42180" w:rsidRPr="00D42180" w14:paraId="5AB7D0B1" w14:textId="77777777" w:rsidTr="00751C62">
        <w:tc>
          <w:tcPr>
            <w:tcW w:w="2835" w:type="dxa"/>
          </w:tcPr>
          <w:p w14:paraId="05C491BB" w14:textId="5BC5E234" w:rsidR="00D42180" w:rsidRPr="00D42180" w:rsidRDefault="00D42180" w:rsidP="003F1A60">
            <w:pPr>
              <w:spacing w:after="0"/>
              <w:rPr>
                <w:sz w:val="20"/>
                <w:szCs w:val="20"/>
              </w:rPr>
            </w:pPr>
            <w:r w:rsidRPr="00D42180">
              <w:rPr>
                <w:sz w:val="20"/>
                <w:szCs w:val="20"/>
              </w:rPr>
              <w:t>Resultaat 202</w:t>
            </w:r>
            <w:r w:rsidR="0076230F">
              <w:rPr>
                <w:sz w:val="20"/>
                <w:szCs w:val="20"/>
              </w:rPr>
              <w:t>4</w:t>
            </w:r>
          </w:p>
        </w:tc>
        <w:tc>
          <w:tcPr>
            <w:tcW w:w="1843" w:type="dxa"/>
          </w:tcPr>
          <w:p w14:paraId="61176CDA" w14:textId="2FE4E63C" w:rsidR="00D42180" w:rsidRPr="00D42180" w:rsidRDefault="0076230F" w:rsidP="0053302F">
            <w:pPr>
              <w:spacing w:after="0"/>
              <w:jc w:val="right"/>
              <w:rPr>
                <w:sz w:val="20"/>
                <w:szCs w:val="20"/>
              </w:rPr>
            </w:pPr>
            <w:r>
              <w:rPr>
                <w:sz w:val="20"/>
                <w:szCs w:val="20"/>
              </w:rPr>
              <w:t>2</w:t>
            </w:r>
            <w:r w:rsidR="004615E6">
              <w:rPr>
                <w:sz w:val="20"/>
                <w:szCs w:val="20"/>
              </w:rPr>
              <w:t>.</w:t>
            </w:r>
            <w:r>
              <w:rPr>
                <w:sz w:val="20"/>
                <w:szCs w:val="20"/>
              </w:rPr>
              <w:t>104</w:t>
            </w:r>
          </w:p>
        </w:tc>
      </w:tr>
      <w:tr w:rsidR="00D42180" w:rsidRPr="00D42180" w14:paraId="624B8327" w14:textId="77777777" w:rsidTr="00751C62">
        <w:tc>
          <w:tcPr>
            <w:tcW w:w="2835" w:type="dxa"/>
          </w:tcPr>
          <w:p w14:paraId="58CE0CE9" w14:textId="441304D6" w:rsidR="00D42180" w:rsidRPr="00D42180" w:rsidRDefault="00D42180" w:rsidP="003F1A60">
            <w:pPr>
              <w:spacing w:after="0"/>
              <w:rPr>
                <w:sz w:val="20"/>
                <w:szCs w:val="20"/>
              </w:rPr>
            </w:pPr>
            <w:r w:rsidRPr="00D42180">
              <w:rPr>
                <w:sz w:val="20"/>
                <w:szCs w:val="20"/>
              </w:rPr>
              <w:t>Stand 31-12-202</w:t>
            </w:r>
            <w:r w:rsidR="0076230F">
              <w:rPr>
                <w:sz w:val="20"/>
                <w:szCs w:val="20"/>
              </w:rPr>
              <w:t>4</w:t>
            </w:r>
          </w:p>
        </w:tc>
        <w:tc>
          <w:tcPr>
            <w:tcW w:w="1843" w:type="dxa"/>
          </w:tcPr>
          <w:p w14:paraId="73D23516" w14:textId="7B614DE1" w:rsidR="00D42180" w:rsidRPr="00D42180" w:rsidRDefault="0076230F" w:rsidP="0053302F">
            <w:pPr>
              <w:spacing w:after="0"/>
              <w:jc w:val="right"/>
              <w:rPr>
                <w:sz w:val="20"/>
                <w:szCs w:val="20"/>
              </w:rPr>
            </w:pPr>
            <w:r>
              <w:rPr>
                <w:sz w:val="20"/>
                <w:szCs w:val="20"/>
              </w:rPr>
              <w:t>2</w:t>
            </w:r>
            <w:r w:rsidR="004615E6">
              <w:rPr>
                <w:sz w:val="20"/>
                <w:szCs w:val="20"/>
              </w:rPr>
              <w:t>.</w:t>
            </w:r>
            <w:r>
              <w:rPr>
                <w:sz w:val="20"/>
                <w:szCs w:val="20"/>
              </w:rPr>
              <w:t>104</w:t>
            </w:r>
          </w:p>
        </w:tc>
      </w:tr>
    </w:tbl>
    <w:p w14:paraId="0D87858D" w14:textId="33D55ACA" w:rsidR="00B51411" w:rsidRPr="00D258A4" w:rsidRDefault="00B51411" w:rsidP="00B51411">
      <w:pPr>
        <w:spacing w:after="0"/>
        <w:rPr>
          <w:sz w:val="18"/>
          <w:szCs w:val="18"/>
          <w:lang w:val="nl-NL"/>
        </w:rPr>
      </w:pPr>
      <w:r w:rsidRPr="00D258A4">
        <w:rPr>
          <w:sz w:val="18"/>
          <w:szCs w:val="18"/>
          <w:lang w:val="nl-NL"/>
        </w:rPr>
        <w:t xml:space="preserve">* Resultaat volgens baten/lasten = </w:t>
      </w:r>
      <w:r>
        <w:rPr>
          <w:sz w:val="18"/>
          <w:szCs w:val="18"/>
          <w:lang w:val="nl-NL"/>
        </w:rPr>
        <w:t>2.105</w:t>
      </w:r>
      <w:r w:rsidRPr="00D258A4">
        <w:rPr>
          <w:sz w:val="18"/>
          <w:szCs w:val="18"/>
          <w:lang w:val="nl-NL"/>
        </w:rPr>
        <w:t xml:space="preserve">; bankmutatie = </w:t>
      </w:r>
      <w:r w:rsidR="00B27007">
        <w:rPr>
          <w:sz w:val="18"/>
          <w:szCs w:val="18"/>
          <w:lang w:val="nl-NL"/>
        </w:rPr>
        <w:t>2.10</w:t>
      </w:r>
      <w:r w:rsidRPr="00D258A4">
        <w:rPr>
          <w:sz w:val="18"/>
          <w:szCs w:val="18"/>
          <w:lang w:val="nl-NL"/>
        </w:rPr>
        <w:t xml:space="preserve">4. Afrondingsverschil </w:t>
      </w:r>
      <w:r w:rsidR="00B27007">
        <w:rPr>
          <w:sz w:val="18"/>
          <w:szCs w:val="18"/>
          <w:lang w:val="nl-NL"/>
        </w:rPr>
        <w:t>1</w:t>
      </w:r>
      <w:r w:rsidRPr="00D258A4">
        <w:rPr>
          <w:sz w:val="18"/>
          <w:szCs w:val="18"/>
          <w:lang w:val="nl-NL"/>
        </w:rPr>
        <w:t xml:space="preserve"> euro is verwerkt in de balans.</w:t>
      </w:r>
    </w:p>
    <w:p w14:paraId="7262EB52" w14:textId="77777777" w:rsidR="00D42180" w:rsidRPr="00B51411" w:rsidRDefault="00D42180" w:rsidP="008747C0">
      <w:pPr>
        <w:spacing w:after="0"/>
        <w:rPr>
          <w:lang w:val="nl-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843"/>
      </w:tblGrid>
      <w:tr w:rsidR="00A727C6" w14:paraId="6E0E9CB4" w14:textId="77777777" w:rsidTr="00751C62">
        <w:tc>
          <w:tcPr>
            <w:tcW w:w="2835" w:type="dxa"/>
            <w:shd w:val="clear" w:color="auto" w:fill="EEECE1" w:themeFill="background2"/>
          </w:tcPr>
          <w:p w14:paraId="7300BAF4" w14:textId="77777777" w:rsidR="00A727C6" w:rsidRDefault="00000000" w:rsidP="008747C0">
            <w:pPr>
              <w:spacing w:after="0"/>
            </w:pPr>
            <w:r>
              <w:t>Post</w:t>
            </w:r>
          </w:p>
        </w:tc>
        <w:tc>
          <w:tcPr>
            <w:tcW w:w="1843" w:type="dxa"/>
            <w:shd w:val="clear" w:color="auto" w:fill="EEECE1" w:themeFill="background2"/>
          </w:tcPr>
          <w:p w14:paraId="7E11058B" w14:textId="77777777" w:rsidR="00A727C6" w:rsidRDefault="00000000" w:rsidP="0053302F">
            <w:pPr>
              <w:spacing w:after="0"/>
              <w:jc w:val="right"/>
            </w:pPr>
            <w:r>
              <w:t>Bedrag</w:t>
            </w:r>
          </w:p>
        </w:tc>
      </w:tr>
      <w:tr w:rsidR="00A727C6" w14:paraId="46F70187" w14:textId="77777777" w:rsidTr="00751C62">
        <w:tc>
          <w:tcPr>
            <w:tcW w:w="2835" w:type="dxa"/>
          </w:tcPr>
          <w:p w14:paraId="419EA54B" w14:textId="77777777" w:rsidR="00A727C6" w:rsidRDefault="00000000" w:rsidP="008747C0">
            <w:pPr>
              <w:spacing w:after="0"/>
            </w:pPr>
            <w:r>
              <w:t>Stand 1-1-2025</w:t>
            </w:r>
          </w:p>
        </w:tc>
        <w:tc>
          <w:tcPr>
            <w:tcW w:w="1843" w:type="dxa"/>
          </w:tcPr>
          <w:p w14:paraId="7E380A7B" w14:textId="77777777" w:rsidR="00A727C6" w:rsidRDefault="00000000" w:rsidP="0053302F">
            <w:pPr>
              <w:spacing w:after="0"/>
              <w:jc w:val="right"/>
            </w:pPr>
            <w:r>
              <w:t>2.104</w:t>
            </w:r>
          </w:p>
        </w:tc>
      </w:tr>
      <w:tr w:rsidR="00A727C6" w14:paraId="05BB8240" w14:textId="77777777" w:rsidTr="00751C62">
        <w:tc>
          <w:tcPr>
            <w:tcW w:w="2835" w:type="dxa"/>
          </w:tcPr>
          <w:p w14:paraId="0D0260CD" w14:textId="77777777" w:rsidR="00A727C6" w:rsidRDefault="00000000" w:rsidP="008747C0">
            <w:pPr>
              <w:spacing w:after="0"/>
            </w:pPr>
            <w:r>
              <w:t>Resultaat 2025</w:t>
            </w:r>
          </w:p>
        </w:tc>
        <w:tc>
          <w:tcPr>
            <w:tcW w:w="1843" w:type="dxa"/>
          </w:tcPr>
          <w:p w14:paraId="2F485A43" w14:textId="77777777" w:rsidR="00A727C6" w:rsidRDefault="00000000" w:rsidP="0053302F">
            <w:pPr>
              <w:spacing w:after="0"/>
              <w:jc w:val="right"/>
            </w:pPr>
            <w:r>
              <w:t>−1.184*</w:t>
            </w:r>
          </w:p>
        </w:tc>
      </w:tr>
      <w:tr w:rsidR="00A727C6" w14:paraId="02C9C491" w14:textId="77777777" w:rsidTr="00751C62">
        <w:tc>
          <w:tcPr>
            <w:tcW w:w="2835" w:type="dxa"/>
          </w:tcPr>
          <w:p w14:paraId="058096CA" w14:textId="77777777" w:rsidR="00A727C6" w:rsidRDefault="00000000" w:rsidP="008747C0">
            <w:pPr>
              <w:spacing w:after="0"/>
            </w:pPr>
            <w:r>
              <w:t>Stand 31-12-2025</w:t>
            </w:r>
          </w:p>
        </w:tc>
        <w:tc>
          <w:tcPr>
            <w:tcW w:w="1843" w:type="dxa"/>
          </w:tcPr>
          <w:p w14:paraId="31256613" w14:textId="77777777" w:rsidR="00A727C6" w:rsidRDefault="00000000" w:rsidP="0053302F">
            <w:pPr>
              <w:spacing w:after="0"/>
              <w:jc w:val="right"/>
            </w:pPr>
            <w:r>
              <w:t>920</w:t>
            </w:r>
          </w:p>
        </w:tc>
      </w:tr>
    </w:tbl>
    <w:p w14:paraId="1186A41A" w14:textId="77777777" w:rsidR="00A727C6" w:rsidRPr="00D258A4" w:rsidRDefault="00000000" w:rsidP="008747C0">
      <w:pPr>
        <w:spacing w:after="0"/>
        <w:rPr>
          <w:sz w:val="18"/>
          <w:szCs w:val="18"/>
          <w:lang w:val="nl-NL"/>
        </w:rPr>
      </w:pPr>
      <w:r w:rsidRPr="00D258A4">
        <w:rPr>
          <w:sz w:val="18"/>
          <w:szCs w:val="18"/>
          <w:lang w:val="nl-NL"/>
        </w:rPr>
        <w:t>* Resultaat volgens baten/lasten = −1.186; bankmutatie = −1.184. Afrondingsverschil 2 euro is verwerkt in de balans.</w:t>
      </w:r>
    </w:p>
    <w:p w14:paraId="2284C587" w14:textId="77777777" w:rsidR="00D258A4" w:rsidRDefault="00D258A4" w:rsidP="008747C0">
      <w:pPr>
        <w:spacing w:after="0"/>
        <w:rPr>
          <w:b/>
          <w:lang w:val="nl-NL"/>
        </w:rPr>
      </w:pPr>
    </w:p>
    <w:p w14:paraId="7552407A" w14:textId="61E2CE2E" w:rsidR="00A727C6" w:rsidRPr="002D0D45" w:rsidRDefault="00000000" w:rsidP="008747C0">
      <w:pPr>
        <w:spacing w:after="0"/>
        <w:rPr>
          <w:lang w:val="nl-NL"/>
        </w:rPr>
      </w:pPr>
      <w:r w:rsidRPr="002D0D45">
        <w:rPr>
          <w:b/>
          <w:lang w:val="nl-NL"/>
        </w:rPr>
        <w:t>6.2 Staat van baten en lasten 2025</w:t>
      </w:r>
      <w:r w:rsidR="00E87E68">
        <w:rPr>
          <w:b/>
          <w:lang w:val="nl-NL"/>
        </w:rPr>
        <w:t xml:space="preserve"> </w:t>
      </w:r>
      <w:r w:rsidR="00E87E68" w:rsidRPr="00E87E68">
        <w:rPr>
          <w:b/>
          <w:sz w:val="20"/>
          <w:szCs w:val="20"/>
          <w:lang w:val="nl-NL"/>
        </w:rPr>
        <w:t>en 2024</w:t>
      </w:r>
    </w:p>
    <w:p w14:paraId="6F8080A7" w14:textId="77777777" w:rsidR="00A727C6" w:rsidRDefault="00000000" w:rsidP="008747C0">
      <w:pPr>
        <w:spacing w:after="0"/>
      </w:pPr>
      <w:r>
        <w:t>Baten: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843"/>
        <w:gridCol w:w="1843"/>
      </w:tblGrid>
      <w:tr w:rsidR="006667DC" w14:paraId="3F0D6494" w14:textId="0841B876" w:rsidTr="006667DC">
        <w:tc>
          <w:tcPr>
            <w:tcW w:w="2835" w:type="dxa"/>
            <w:shd w:val="clear" w:color="auto" w:fill="EEECE1" w:themeFill="background2"/>
          </w:tcPr>
          <w:p w14:paraId="2FD47C15" w14:textId="77777777" w:rsidR="006667DC" w:rsidRDefault="006667DC" w:rsidP="006667DC">
            <w:pPr>
              <w:spacing w:after="0"/>
            </w:pPr>
            <w:r>
              <w:t>Categorie</w:t>
            </w:r>
          </w:p>
        </w:tc>
        <w:tc>
          <w:tcPr>
            <w:tcW w:w="1843" w:type="dxa"/>
            <w:shd w:val="clear" w:color="auto" w:fill="EEECE1" w:themeFill="background2"/>
          </w:tcPr>
          <w:p w14:paraId="05A8FD63" w14:textId="48CBFA7B" w:rsidR="006667DC" w:rsidRDefault="006667DC" w:rsidP="00472825">
            <w:pPr>
              <w:spacing w:after="0"/>
              <w:jc w:val="right"/>
            </w:pPr>
            <w:r>
              <w:t>Bedrag 2025</w:t>
            </w:r>
          </w:p>
        </w:tc>
        <w:tc>
          <w:tcPr>
            <w:tcW w:w="1843" w:type="dxa"/>
            <w:shd w:val="clear" w:color="auto" w:fill="EEECE1" w:themeFill="background2"/>
          </w:tcPr>
          <w:p w14:paraId="5C4E39D1" w14:textId="42956B6C" w:rsidR="006667DC" w:rsidRPr="006667DC" w:rsidRDefault="006667DC" w:rsidP="00472825">
            <w:pPr>
              <w:spacing w:after="0"/>
              <w:jc w:val="right"/>
              <w:rPr>
                <w:sz w:val="20"/>
                <w:szCs w:val="20"/>
              </w:rPr>
            </w:pPr>
            <w:r w:rsidRPr="006667DC">
              <w:rPr>
                <w:sz w:val="20"/>
                <w:szCs w:val="20"/>
              </w:rPr>
              <w:t>Bedrag 2024</w:t>
            </w:r>
          </w:p>
        </w:tc>
      </w:tr>
      <w:tr w:rsidR="006667DC" w14:paraId="4FD5CA4B" w14:textId="60BAEDE6" w:rsidTr="00760D5B">
        <w:tc>
          <w:tcPr>
            <w:tcW w:w="2835" w:type="dxa"/>
          </w:tcPr>
          <w:p w14:paraId="7FD862A5" w14:textId="77777777" w:rsidR="006667DC" w:rsidRDefault="006667DC" w:rsidP="006667DC">
            <w:pPr>
              <w:spacing w:after="0"/>
            </w:pPr>
            <w:r>
              <w:t>Partnerschappen</w:t>
            </w:r>
          </w:p>
        </w:tc>
        <w:tc>
          <w:tcPr>
            <w:tcW w:w="1843" w:type="dxa"/>
          </w:tcPr>
          <w:p w14:paraId="2B4D4ED3" w14:textId="77777777" w:rsidR="006667DC" w:rsidRDefault="006667DC" w:rsidP="00472825">
            <w:pPr>
              <w:spacing w:after="0"/>
              <w:jc w:val="right"/>
            </w:pPr>
            <w:r>
              <w:t>8.040</w:t>
            </w:r>
          </w:p>
        </w:tc>
        <w:tc>
          <w:tcPr>
            <w:tcW w:w="1843" w:type="dxa"/>
          </w:tcPr>
          <w:p w14:paraId="7E4574F5" w14:textId="11914397" w:rsidR="006667DC" w:rsidRPr="006667DC" w:rsidRDefault="000A615A" w:rsidP="00472825">
            <w:pPr>
              <w:spacing w:after="0"/>
              <w:jc w:val="right"/>
              <w:rPr>
                <w:sz w:val="20"/>
                <w:szCs w:val="20"/>
              </w:rPr>
            </w:pPr>
            <w:r>
              <w:rPr>
                <w:sz w:val="20"/>
                <w:szCs w:val="20"/>
              </w:rPr>
              <w:t>1</w:t>
            </w:r>
            <w:r w:rsidR="006667DC" w:rsidRPr="006667DC">
              <w:rPr>
                <w:sz w:val="20"/>
                <w:szCs w:val="20"/>
              </w:rPr>
              <w:t>.0</w:t>
            </w:r>
            <w:r>
              <w:rPr>
                <w:sz w:val="20"/>
                <w:szCs w:val="20"/>
              </w:rPr>
              <w:t>65</w:t>
            </w:r>
          </w:p>
        </w:tc>
      </w:tr>
      <w:tr w:rsidR="006667DC" w14:paraId="4FD528B5" w14:textId="46F14409" w:rsidTr="00760D5B">
        <w:tc>
          <w:tcPr>
            <w:tcW w:w="2835" w:type="dxa"/>
          </w:tcPr>
          <w:p w14:paraId="57BE90B0" w14:textId="77777777" w:rsidR="006667DC" w:rsidRDefault="006667DC" w:rsidP="006667DC">
            <w:pPr>
              <w:spacing w:after="0"/>
            </w:pPr>
            <w:r>
              <w:t>Niet-structurele giften</w:t>
            </w:r>
          </w:p>
        </w:tc>
        <w:tc>
          <w:tcPr>
            <w:tcW w:w="1843" w:type="dxa"/>
          </w:tcPr>
          <w:p w14:paraId="44C189ED" w14:textId="77777777" w:rsidR="006667DC" w:rsidRDefault="006667DC" w:rsidP="00472825">
            <w:pPr>
              <w:spacing w:after="0"/>
              <w:jc w:val="right"/>
            </w:pPr>
            <w:r>
              <w:t>14.005</w:t>
            </w:r>
          </w:p>
        </w:tc>
        <w:tc>
          <w:tcPr>
            <w:tcW w:w="1843" w:type="dxa"/>
          </w:tcPr>
          <w:p w14:paraId="30CBD713" w14:textId="1DBA6E07" w:rsidR="006667DC" w:rsidRPr="006667DC" w:rsidRDefault="009A1C3F" w:rsidP="00472825">
            <w:pPr>
              <w:spacing w:after="0"/>
              <w:jc w:val="right"/>
              <w:rPr>
                <w:sz w:val="20"/>
                <w:szCs w:val="20"/>
              </w:rPr>
            </w:pPr>
            <w:r>
              <w:rPr>
                <w:sz w:val="20"/>
                <w:szCs w:val="20"/>
              </w:rPr>
              <w:t>3</w:t>
            </w:r>
            <w:r w:rsidR="006667DC" w:rsidRPr="006667DC">
              <w:rPr>
                <w:sz w:val="20"/>
                <w:szCs w:val="20"/>
              </w:rPr>
              <w:t>.</w:t>
            </w:r>
            <w:r>
              <w:rPr>
                <w:sz w:val="20"/>
                <w:szCs w:val="20"/>
              </w:rPr>
              <w:t>2</w:t>
            </w:r>
            <w:r w:rsidR="00DF711F">
              <w:rPr>
                <w:sz w:val="20"/>
                <w:szCs w:val="20"/>
              </w:rPr>
              <w:t>60</w:t>
            </w:r>
          </w:p>
        </w:tc>
      </w:tr>
      <w:tr w:rsidR="006667DC" w14:paraId="726689E6" w14:textId="20FF93C2" w:rsidTr="00760D5B">
        <w:tc>
          <w:tcPr>
            <w:tcW w:w="2835" w:type="dxa"/>
          </w:tcPr>
          <w:p w14:paraId="3F8778E7" w14:textId="77777777" w:rsidR="006667DC" w:rsidRPr="00C217FB" w:rsidRDefault="006667DC" w:rsidP="006667DC">
            <w:pPr>
              <w:spacing w:after="0"/>
              <w:rPr>
                <w:i/>
                <w:iCs/>
              </w:rPr>
            </w:pPr>
            <w:r w:rsidRPr="00C217FB">
              <w:rPr>
                <w:i/>
                <w:iCs/>
              </w:rPr>
              <w:t>Totaal baten</w:t>
            </w:r>
          </w:p>
        </w:tc>
        <w:tc>
          <w:tcPr>
            <w:tcW w:w="1843" w:type="dxa"/>
          </w:tcPr>
          <w:p w14:paraId="4B3604E4" w14:textId="77777777" w:rsidR="006667DC" w:rsidRPr="00C217FB" w:rsidRDefault="006667DC" w:rsidP="00472825">
            <w:pPr>
              <w:spacing w:after="0"/>
              <w:jc w:val="right"/>
              <w:rPr>
                <w:i/>
                <w:iCs/>
              </w:rPr>
            </w:pPr>
            <w:r w:rsidRPr="00C217FB">
              <w:rPr>
                <w:i/>
                <w:iCs/>
              </w:rPr>
              <w:t>22.045</w:t>
            </w:r>
          </w:p>
        </w:tc>
        <w:tc>
          <w:tcPr>
            <w:tcW w:w="1843" w:type="dxa"/>
          </w:tcPr>
          <w:p w14:paraId="07D437BF" w14:textId="68198B7D" w:rsidR="006667DC" w:rsidRPr="006667DC" w:rsidRDefault="0025338F" w:rsidP="00472825">
            <w:pPr>
              <w:spacing w:after="0"/>
              <w:jc w:val="right"/>
              <w:rPr>
                <w:i/>
                <w:iCs/>
                <w:sz w:val="20"/>
                <w:szCs w:val="20"/>
              </w:rPr>
            </w:pPr>
            <w:r>
              <w:rPr>
                <w:i/>
                <w:iCs/>
                <w:sz w:val="20"/>
                <w:szCs w:val="20"/>
              </w:rPr>
              <w:t>4</w:t>
            </w:r>
            <w:r w:rsidR="00610C77">
              <w:rPr>
                <w:i/>
                <w:iCs/>
                <w:sz w:val="20"/>
                <w:szCs w:val="20"/>
              </w:rPr>
              <w:t>.</w:t>
            </w:r>
            <w:r>
              <w:rPr>
                <w:i/>
                <w:iCs/>
                <w:sz w:val="20"/>
                <w:szCs w:val="20"/>
              </w:rPr>
              <w:t>325</w:t>
            </w:r>
          </w:p>
        </w:tc>
      </w:tr>
    </w:tbl>
    <w:p w14:paraId="62C52C0C" w14:textId="77777777" w:rsidR="00A727C6" w:rsidRDefault="00A727C6" w:rsidP="008747C0">
      <w:pPr>
        <w:spacing w:after="0"/>
      </w:pPr>
    </w:p>
    <w:p w14:paraId="4137ACFD" w14:textId="77777777" w:rsidR="00A727C6" w:rsidRDefault="00000000" w:rsidP="008747C0">
      <w:pPr>
        <w:spacing w:after="0"/>
      </w:pPr>
      <w:r>
        <w:t>Lasten: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418"/>
        <w:gridCol w:w="1276"/>
        <w:gridCol w:w="4110"/>
      </w:tblGrid>
      <w:tr w:rsidR="00C41D2B" w14:paraId="235B6479" w14:textId="77777777" w:rsidTr="00024482">
        <w:tc>
          <w:tcPr>
            <w:tcW w:w="2835" w:type="dxa"/>
            <w:shd w:val="clear" w:color="auto" w:fill="EEECE1" w:themeFill="background2"/>
          </w:tcPr>
          <w:p w14:paraId="0FF43D94" w14:textId="77777777" w:rsidR="00C41D2B" w:rsidRDefault="00C41D2B" w:rsidP="008747C0">
            <w:pPr>
              <w:spacing w:after="0"/>
            </w:pPr>
            <w:r>
              <w:t>Categorie</w:t>
            </w:r>
          </w:p>
        </w:tc>
        <w:tc>
          <w:tcPr>
            <w:tcW w:w="1418" w:type="dxa"/>
            <w:shd w:val="clear" w:color="auto" w:fill="EEECE1" w:themeFill="background2"/>
          </w:tcPr>
          <w:p w14:paraId="27EB1E2D" w14:textId="35F3C277" w:rsidR="00C41D2B" w:rsidRDefault="00C41D2B" w:rsidP="00472825">
            <w:pPr>
              <w:spacing w:after="0"/>
              <w:jc w:val="right"/>
            </w:pPr>
            <w:r>
              <w:t>Bedrag 2025</w:t>
            </w:r>
          </w:p>
        </w:tc>
        <w:tc>
          <w:tcPr>
            <w:tcW w:w="1276" w:type="dxa"/>
            <w:shd w:val="clear" w:color="auto" w:fill="EEECE1" w:themeFill="background2"/>
          </w:tcPr>
          <w:p w14:paraId="0AEF1F34" w14:textId="3A01A433" w:rsidR="00C41D2B" w:rsidRPr="00904005" w:rsidRDefault="00C41D2B" w:rsidP="00472825">
            <w:pPr>
              <w:spacing w:after="0"/>
              <w:jc w:val="right"/>
              <w:rPr>
                <w:sz w:val="20"/>
                <w:szCs w:val="20"/>
              </w:rPr>
            </w:pPr>
            <w:r w:rsidRPr="00904005">
              <w:rPr>
                <w:sz w:val="20"/>
                <w:szCs w:val="20"/>
              </w:rPr>
              <w:t>Bedrag 2024</w:t>
            </w:r>
          </w:p>
        </w:tc>
        <w:tc>
          <w:tcPr>
            <w:tcW w:w="4110" w:type="dxa"/>
            <w:shd w:val="clear" w:color="auto" w:fill="EEECE1" w:themeFill="background2"/>
          </w:tcPr>
          <w:p w14:paraId="01F15BCC" w14:textId="7134A01B" w:rsidR="00C41D2B" w:rsidRDefault="00C41D2B" w:rsidP="008747C0">
            <w:pPr>
              <w:spacing w:after="0"/>
            </w:pPr>
            <w:r>
              <w:t>Toelichting</w:t>
            </w:r>
          </w:p>
        </w:tc>
      </w:tr>
      <w:tr w:rsidR="00C41D2B" w:rsidRPr="00154B9F" w14:paraId="66500DD1" w14:textId="77777777" w:rsidTr="00024482">
        <w:tc>
          <w:tcPr>
            <w:tcW w:w="2835" w:type="dxa"/>
          </w:tcPr>
          <w:p w14:paraId="042A34C1" w14:textId="3CB38A9C" w:rsidR="00C41D2B" w:rsidRDefault="00C41D2B" w:rsidP="008747C0">
            <w:pPr>
              <w:spacing w:after="0"/>
            </w:pPr>
            <w:r>
              <w:t>Inrichtingskosten</w:t>
            </w:r>
          </w:p>
        </w:tc>
        <w:tc>
          <w:tcPr>
            <w:tcW w:w="1418" w:type="dxa"/>
          </w:tcPr>
          <w:p w14:paraId="62367C78" w14:textId="77777777" w:rsidR="00C41D2B" w:rsidRDefault="00C41D2B" w:rsidP="00472825">
            <w:pPr>
              <w:spacing w:after="0"/>
              <w:jc w:val="right"/>
            </w:pPr>
            <w:r>
              <w:t>6.461</w:t>
            </w:r>
          </w:p>
        </w:tc>
        <w:tc>
          <w:tcPr>
            <w:tcW w:w="1276" w:type="dxa"/>
          </w:tcPr>
          <w:p w14:paraId="24BC960D" w14:textId="4E41D14C" w:rsidR="00C41D2B" w:rsidRPr="00904005" w:rsidRDefault="00472825" w:rsidP="00472825">
            <w:pPr>
              <w:spacing w:after="0"/>
              <w:jc w:val="right"/>
              <w:rPr>
                <w:sz w:val="20"/>
                <w:szCs w:val="20"/>
                <w:lang w:val="nl-NL"/>
              </w:rPr>
            </w:pPr>
            <w:r>
              <w:rPr>
                <w:sz w:val="20"/>
                <w:szCs w:val="20"/>
                <w:lang w:val="nl-NL"/>
              </w:rPr>
              <w:t>0</w:t>
            </w:r>
          </w:p>
        </w:tc>
        <w:tc>
          <w:tcPr>
            <w:tcW w:w="4110" w:type="dxa"/>
          </w:tcPr>
          <w:p w14:paraId="5F51F5D0" w14:textId="1DBADCFD" w:rsidR="00C41D2B" w:rsidRPr="002D0D45" w:rsidRDefault="00C41D2B" w:rsidP="008747C0">
            <w:pPr>
              <w:spacing w:after="0"/>
              <w:rPr>
                <w:lang w:val="nl-NL"/>
              </w:rPr>
            </w:pPr>
            <w:r w:rsidRPr="002D0D45">
              <w:rPr>
                <w:lang w:val="nl-NL"/>
              </w:rPr>
              <w:t>Materialen en inrichting voor een veilige en gastvrije ruimte.</w:t>
            </w:r>
          </w:p>
        </w:tc>
      </w:tr>
      <w:tr w:rsidR="00C41D2B" w:rsidRPr="00154B9F" w14:paraId="12D04352" w14:textId="77777777" w:rsidTr="00024482">
        <w:tc>
          <w:tcPr>
            <w:tcW w:w="2835" w:type="dxa"/>
          </w:tcPr>
          <w:p w14:paraId="282F024A" w14:textId="77777777" w:rsidR="00C41D2B" w:rsidRDefault="00C41D2B" w:rsidP="008747C0">
            <w:pPr>
              <w:spacing w:after="0"/>
            </w:pPr>
            <w:r>
              <w:t>Opleidingskosten</w:t>
            </w:r>
          </w:p>
        </w:tc>
        <w:tc>
          <w:tcPr>
            <w:tcW w:w="1418" w:type="dxa"/>
          </w:tcPr>
          <w:p w14:paraId="2E7791EC" w14:textId="77777777" w:rsidR="00C41D2B" w:rsidRDefault="00C41D2B" w:rsidP="00472825">
            <w:pPr>
              <w:spacing w:after="0"/>
              <w:jc w:val="right"/>
            </w:pPr>
            <w:r>
              <w:t>1.383</w:t>
            </w:r>
          </w:p>
        </w:tc>
        <w:tc>
          <w:tcPr>
            <w:tcW w:w="1276" w:type="dxa"/>
          </w:tcPr>
          <w:p w14:paraId="7F9B3A9F" w14:textId="4E072248" w:rsidR="00C41D2B" w:rsidRPr="00904005" w:rsidRDefault="00472825" w:rsidP="00472825">
            <w:pPr>
              <w:spacing w:after="0"/>
              <w:jc w:val="right"/>
              <w:rPr>
                <w:sz w:val="20"/>
                <w:szCs w:val="20"/>
                <w:lang w:val="nl-NL"/>
              </w:rPr>
            </w:pPr>
            <w:r>
              <w:rPr>
                <w:sz w:val="20"/>
                <w:szCs w:val="20"/>
                <w:lang w:val="nl-NL"/>
              </w:rPr>
              <w:t>0</w:t>
            </w:r>
          </w:p>
        </w:tc>
        <w:tc>
          <w:tcPr>
            <w:tcW w:w="4110" w:type="dxa"/>
          </w:tcPr>
          <w:p w14:paraId="3C25D7B0" w14:textId="672B34F3" w:rsidR="00C41D2B" w:rsidRPr="002D0D45" w:rsidRDefault="00C41D2B" w:rsidP="008747C0">
            <w:pPr>
              <w:spacing w:after="0"/>
              <w:rPr>
                <w:lang w:val="nl-NL"/>
              </w:rPr>
            </w:pPr>
            <w:r w:rsidRPr="002D0D45">
              <w:rPr>
                <w:lang w:val="nl-NL"/>
              </w:rPr>
              <w:t>Trainingen</w:t>
            </w:r>
            <w:r>
              <w:rPr>
                <w:lang w:val="nl-NL"/>
              </w:rPr>
              <w:t xml:space="preserve"> en</w:t>
            </w:r>
            <w:r w:rsidRPr="002D0D45">
              <w:rPr>
                <w:lang w:val="nl-NL"/>
              </w:rPr>
              <w:t xml:space="preserve"> studiemateriaal voor vrijwilligers en leiders.</w:t>
            </w:r>
          </w:p>
        </w:tc>
      </w:tr>
      <w:tr w:rsidR="00C41D2B" w:rsidRPr="00154B9F" w14:paraId="6A81912F" w14:textId="77777777" w:rsidTr="00024482">
        <w:tc>
          <w:tcPr>
            <w:tcW w:w="2835" w:type="dxa"/>
          </w:tcPr>
          <w:p w14:paraId="5AB36619" w14:textId="003A5C15" w:rsidR="00C41D2B" w:rsidRDefault="00C41D2B" w:rsidP="008747C0">
            <w:pPr>
              <w:spacing w:after="0"/>
            </w:pPr>
            <w:r>
              <w:t>Events</w:t>
            </w:r>
          </w:p>
        </w:tc>
        <w:tc>
          <w:tcPr>
            <w:tcW w:w="1418" w:type="dxa"/>
          </w:tcPr>
          <w:p w14:paraId="2F60A799" w14:textId="77777777" w:rsidR="00C41D2B" w:rsidRDefault="00C41D2B" w:rsidP="00472825">
            <w:pPr>
              <w:spacing w:after="0"/>
              <w:jc w:val="right"/>
            </w:pPr>
            <w:r>
              <w:t>1.376</w:t>
            </w:r>
          </w:p>
        </w:tc>
        <w:tc>
          <w:tcPr>
            <w:tcW w:w="1276" w:type="dxa"/>
          </w:tcPr>
          <w:p w14:paraId="715A62C2" w14:textId="11716D1C" w:rsidR="00C41D2B" w:rsidRPr="00904005" w:rsidRDefault="00F27204" w:rsidP="00472825">
            <w:pPr>
              <w:spacing w:after="0"/>
              <w:jc w:val="right"/>
              <w:rPr>
                <w:sz w:val="20"/>
                <w:szCs w:val="20"/>
                <w:lang w:val="nl-NL"/>
              </w:rPr>
            </w:pPr>
            <w:r>
              <w:rPr>
                <w:sz w:val="20"/>
                <w:szCs w:val="20"/>
                <w:lang w:val="nl-NL"/>
              </w:rPr>
              <w:t>45</w:t>
            </w:r>
          </w:p>
        </w:tc>
        <w:tc>
          <w:tcPr>
            <w:tcW w:w="4110" w:type="dxa"/>
          </w:tcPr>
          <w:p w14:paraId="2A0A5C3E" w14:textId="32EAB624" w:rsidR="00C41D2B" w:rsidRPr="002D0D45" w:rsidRDefault="00C41D2B" w:rsidP="008747C0">
            <w:pPr>
              <w:spacing w:after="0"/>
              <w:rPr>
                <w:lang w:val="nl-NL"/>
              </w:rPr>
            </w:pPr>
            <w:r w:rsidRPr="002D0D45">
              <w:rPr>
                <w:lang w:val="nl-NL"/>
              </w:rPr>
              <w:t>Catering, boodschappen en materialen voor samenkomsten</w:t>
            </w:r>
            <w:r>
              <w:rPr>
                <w:lang w:val="nl-NL"/>
              </w:rPr>
              <w:t xml:space="preserve"> en partnerdag</w:t>
            </w:r>
            <w:r w:rsidRPr="002D0D45">
              <w:rPr>
                <w:lang w:val="nl-NL"/>
              </w:rPr>
              <w:t>.</w:t>
            </w:r>
          </w:p>
        </w:tc>
      </w:tr>
      <w:tr w:rsidR="00C41D2B" w:rsidRPr="00154B9F" w14:paraId="7039D6AE" w14:textId="77777777" w:rsidTr="00024482">
        <w:tc>
          <w:tcPr>
            <w:tcW w:w="2835" w:type="dxa"/>
          </w:tcPr>
          <w:p w14:paraId="07ABB00A" w14:textId="77777777" w:rsidR="00C41D2B" w:rsidRDefault="00C41D2B" w:rsidP="008747C0">
            <w:pPr>
              <w:spacing w:after="0"/>
            </w:pPr>
            <w:r>
              <w:t>Huur &amp; elektriciteit</w:t>
            </w:r>
          </w:p>
        </w:tc>
        <w:tc>
          <w:tcPr>
            <w:tcW w:w="1418" w:type="dxa"/>
          </w:tcPr>
          <w:p w14:paraId="608D1BB0" w14:textId="77777777" w:rsidR="00C41D2B" w:rsidRDefault="00C41D2B" w:rsidP="00472825">
            <w:pPr>
              <w:spacing w:after="0"/>
              <w:jc w:val="right"/>
            </w:pPr>
            <w:r>
              <w:t>7.945</w:t>
            </w:r>
          </w:p>
        </w:tc>
        <w:tc>
          <w:tcPr>
            <w:tcW w:w="1276" w:type="dxa"/>
          </w:tcPr>
          <w:p w14:paraId="265E5656" w14:textId="4516242F" w:rsidR="00C41D2B" w:rsidRPr="00904005" w:rsidRDefault="002C539F" w:rsidP="00472825">
            <w:pPr>
              <w:spacing w:after="0"/>
              <w:jc w:val="right"/>
              <w:rPr>
                <w:sz w:val="20"/>
                <w:szCs w:val="20"/>
                <w:lang w:val="nl-NL"/>
              </w:rPr>
            </w:pPr>
            <w:r>
              <w:rPr>
                <w:sz w:val="20"/>
                <w:szCs w:val="20"/>
                <w:lang w:val="nl-NL"/>
              </w:rPr>
              <w:t>1.800</w:t>
            </w:r>
          </w:p>
        </w:tc>
        <w:tc>
          <w:tcPr>
            <w:tcW w:w="4110" w:type="dxa"/>
          </w:tcPr>
          <w:p w14:paraId="206C27A6" w14:textId="407A1402" w:rsidR="00C41D2B" w:rsidRPr="002D0D45" w:rsidRDefault="00C41D2B" w:rsidP="008747C0">
            <w:pPr>
              <w:spacing w:after="0"/>
              <w:rPr>
                <w:lang w:val="nl-NL"/>
              </w:rPr>
            </w:pPr>
            <w:r w:rsidRPr="002D0D45">
              <w:rPr>
                <w:lang w:val="nl-NL"/>
              </w:rPr>
              <w:t xml:space="preserve">Kosten voor </w:t>
            </w:r>
            <w:r>
              <w:rPr>
                <w:lang w:val="nl-NL"/>
              </w:rPr>
              <w:t>De Deel,</w:t>
            </w:r>
            <w:r w:rsidRPr="002D0D45">
              <w:rPr>
                <w:lang w:val="nl-NL"/>
              </w:rPr>
              <w:t xml:space="preserve"> waar activiteiten plaatsvinden.</w:t>
            </w:r>
            <w:r>
              <w:rPr>
                <w:lang w:val="nl-NL"/>
              </w:rPr>
              <w:t xml:space="preserve"> </w:t>
            </w:r>
          </w:p>
        </w:tc>
      </w:tr>
      <w:tr w:rsidR="00C41D2B" w:rsidRPr="00154B9F" w14:paraId="28F13074" w14:textId="77777777" w:rsidTr="00024482">
        <w:tc>
          <w:tcPr>
            <w:tcW w:w="2835" w:type="dxa"/>
          </w:tcPr>
          <w:p w14:paraId="75EDC712" w14:textId="77777777" w:rsidR="00C41D2B" w:rsidRDefault="00C41D2B" w:rsidP="008747C0">
            <w:pPr>
              <w:spacing w:after="0"/>
            </w:pPr>
            <w:r>
              <w:t>Reguliere kosten</w:t>
            </w:r>
          </w:p>
        </w:tc>
        <w:tc>
          <w:tcPr>
            <w:tcW w:w="1418" w:type="dxa"/>
          </w:tcPr>
          <w:p w14:paraId="3DFAF31A" w14:textId="77777777" w:rsidR="00C41D2B" w:rsidRDefault="00C41D2B" w:rsidP="00472825">
            <w:pPr>
              <w:spacing w:after="0"/>
              <w:jc w:val="right"/>
            </w:pPr>
            <w:r>
              <w:t>581</w:t>
            </w:r>
          </w:p>
        </w:tc>
        <w:tc>
          <w:tcPr>
            <w:tcW w:w="1276" w:type="dxa"/>
          </w:tcPr>
          <w:p w14:paraId="25468073" w14:textId="2324FB95" w:rsidR="00C41D2B" w:rsidRPr="00904005" w:rsidRDefault="00F27204" w:rsidP="00472825">
            <w:pPr>
              <w:spacing w:after="0"/>
              <w:jc w:val="right"/>
              <w:rPr>
                <w:sz w:val="20"/>
                <w:szCs w:val="20"/>
                <w:lang w:val="nl-NL"/>
              </w:rPr>
            </w:pPr>
            <w:r>
              <w:rPr>
                <w:sz w:val="20"/>
                <w:szCs w:val="20"/>
                <w:lang w:val="nl-NL"/>
              </w:rPr>
              <w:t>20</w:t>
            </w:r>
          </w:p>
        </w:tc>
        <w:tc>
          <w:tcPr>
            <w:tcW w:w="4110" w:type="dxa"/>
          </w:tcPr>
          <w:p w14:paraId="5F4D0622" w14:textId="004D01B0" w:rsidR="00C41D2B" w:rsidRPr="002D0D45" w:rsidRDefault="00C41D2B" w:rsidP="008747C0">
            <w:pPr>
              <w:spacing w:after="0"/>
              <w:rPr>
                <w:lang w:val="nl-NL"/>
              </w:rPr>
            </w:pPr>
            <w:r w:rsidRPr="002D0D45">
              <w:rPr>
                <w:lang w:val="nl-NL"/>
              </w:rPr>
              <w:t>Bankkosten, website/hosting, drukwerk en administratie.</w:t>
            </w:r>
          </w:p>
        </w:tc>
      </w:tr>
      <w:tr w:rsidR="00C41D2B" w:rsidRPr="00154B9F" w14:paraId="6619DCD9" w14:textId="77777777" w:rsidTr="00024482">
        <w:tc>
          <w:tcPr>
            <w:tcW w:w="2835" w:type="dxa"/>
          </w:tcPr>
          <w:p w14:paraId="47DC8D69" w14:textId="77777777" w:rsidR="00C41D2B" w:rsidRDefault="00C41D2B" w:rsidP="008747C0">
            <w:pPr>
              <w:spacing w:after="0"/>
            </w:pPr>
            <w:r>
              <w:t>Partnerschappen &amp; zaaien</w:t>
            </w:r>
          </w:p>
        </w:tc>
        <w:tc>
          <w:tcPr>
            <w:tcW w:w="1418" w:type="dxa"/>
          </w:tcPr>
          <w:p w14:paraId="7329C29E" w14:textId="77777777" w:rsidR="00C41D2B" w:rsidRDefault="00C41D2B" w:rsidP="00472825">
            <w:pPr>
              <w:spacing w:after="0"/>
              <w:jc w:val="right"/>
            </w:pPr>
            <w:r>
              <w:t>5.485</w:t>
            </w:r>
          </w:p>
        </w:tc>
        <w:tc>
          <w:tcPr>
            <w:tcW w:w="1276" w:type="dxa"/>
          </w:tcPr>
          <w:p w14:paraId="57942F35" w14:textId="2F3CA4DF" w:rsidR="00C41D2B" w:rsidRPr="00904005" w:rsidRDefault="00F27204" w:rsidP="00472825">
            <w:pPr>
              <w:spacing w:after="0"/>
              <w:jc w:val="right"/>
              <w:rPr>
                <w:sz w:val="20"/>
                <w:szCs w:val="20"/>
                <w:lang w:val="nl-NL"/>
              </w:rPr>
            </w:pPr>
            <w:r>
              <w:rPr>
                <w:sz w:val="20"/>
                <w:szCs w:val="20"/>
                <w:lang w:val="nl-NL"/>
              </w:rPr>
              <w:t>355</w:t>
            </w:r>
          </w:p>
        </w:tc>
        <w:tc>
          <w:tcPr>
            <w:tcW w:w="4110" w:type="dxa"/>
          </w:tcPr>
          <w:p w14:paraId="241C208F" w14:textId="7BB1303B" w:rsidR="00C41D2B" w:rsidRPr="002D0D45" w:rsidRDefault="00C41D2B" w:rsidP="008747C0">
            <w:pPr>
              <w:spacing w:after="0"/>
              <w:rPr>
                <w:lang w:val="nl-NL"/>
              </w:rPr>
            </w:pPr>
            <w:r>
              <w:rPr>
                <w:lang w:val="nl-NL"/>
              </w:rPr>
              <w:t>Bijdragen</w:t>
            </w:r>
            <w:r w:rsidRPr="002D0D45">
              <w:rPr>
                <w:lang w:val="nl-NL"/>
              </w:rPr>
              <w:t xml:space="preserve"> aan organisaties en </w:t>
            </w:r>
            <w:r>
              <w:rPr>
                <w:lang w:val="nl-NL"/>
              </w:rPr>
              <w:t>niet-structurele</w:t>
            </w:r>
            <w:r w:rsidRPr="002D0D45">
              <w:rPr>
                <w:lang w:val="nl-NL"/>
              </w:rPr>
              <w:t xml:space="preserve"> giften.</w:t>
            </w:r>
          </w:p>
        </w:tc>
      </w:tr>
      <w:tr w:rsidR="00C41D2B" w14:paraId="6E41FCBC" w14:textId="77777777" w:rsidTr="00024482">
        <w:tc>
          <w:tcPr>
            <w:tcW w:w="2835" w:type="dxa"/>
          </w:tcPr>
          <w:p w14:paraId="093A54F1" w14:textId="77777777" w:rsidR="00C41D2B" w:rsidRPr="00C217FB" w:rsidRDefault="00C41D2B" w:rsidP="008747C0">
            <w:pPr>
              <w:spacing w:after="0"/>
              <w:rPr>
                <w:i/>
                <w:iCs/>
              </w:rPr>
            </w:pPr>
            <w:r w:rsidRPr="00C217FB">
              <w:rPr>
                <w:i/>
                <w:iCs/>
              </w:rPr>
              <w:t>Totaal lasten</w:t>
            </w:r>
          </w:p>
        </w:tc>
        <w:tc>
          <w:tcPr>
            <w:tcW w:w="1418" w:type="dxa"/>
          </w:tcPr>
          <w:p w14:paraId="1DD94871" w14:textId="77777777" w:rsidR="00C41D2B" w:rsidRPr="00C217FB" w:rsidRDefault="00C41D2B" w:rsidP="00472825">
            <w:pPr>
              <w:spacing w:after="0"/>
              <w:jc w:val="right"/>
              <w:rPr>
                <w:i/>
                <w:iCs/>
              </w:rPr>
            </w:pPr>
            <w:r w:rsidRPr="00C217FB">
              <w:rPr>
                <w:i/>
                <w:iCs/>
              </w:rPr>
              <w:t>23.231</w:t>
            </w:r>
          </w:p>
        </w:tc>
        <w:tc>
          <w:tcPr>
            <w:tcW w:w="1276" w:type="dxa"/>
          </w:tcPr>
          <w:p w14:paraId="698F6DAE" w14:textId="504525A4" w:rsidR="00C41D2B" w:rsidRPr="00904005" w:rsidRDefault="00C95378" w:rsidP="00472825">
            <w:pPr>
              <w:spacing w:after="0"/>
              <w:jc w:val="right"/>
              <w:rPr>
                <w:i/>
                <w:iCs/>
                <w:sz w:val="20"/>
                <w:szCs w:val="20"/>
              </w:rPr>
            </w:pPr>
            <w:r w:rsidRPr="00904005">
              <w:rPr>
                <w:i/>
                <w:iCs/>
                <w:sz w:val="20"/>
                <w:szCs w:val="20"/>
              </w:rPr>
              <w:t>2</w:t>
            </w:r>
            <w:r w:rsidR="00904005" w:rsidRPr="00904005">
              <w:rPr>
                <w:i/>
                <w:iCs/>
                <w:sz w:val="20"/>
                <w:szCs w:val="20"/>
              </w:rPr>
              <w:t>.</w:t>
            </w:r>
            <w:r w:rsidRPr="00904005">
              <w:rPr>
                <w:i/>
                <w:iCs/>
                <w:sz w:val="20"/>
                <w:szCs w:val="20"/>
              </w:rPr>
              <w:t>220</w:t>
            </w:r>
          </w:p>
        </w:tc>
        <w:tc>
          <w:tcPr>
            <w:tcW w:w="4110" w:type="dxa"/>
          </w:tcPr>
          <w:p w14:paraId="33BCD4F1" w14:textId="4E7B4192" w:rsidR="00C41D2B" w:rsidRDefault="00C41D2B" w:rsidP="008747C0">
            <w:pPr>
              <w:spacing w:after="0"/>
            </w:pPr>
          </w:p>
        </w:tc>
      </w:tr>
    </w:tbl>
    <w:p w14:paraId="7489BAAB" w14:textId="77777777" w:rsidR="00A727C6" w:rsidRDefault="00A727C6" w:rsidP="008747C0">
      <w:pPr>
        <w:spacing w:after="0"/>
      </w:pPr>
    </w:p>
    <w:p w14:paraId="62CB346B" w14:textId="77777777" w:rsidR="00A727C6" w:rsidRDefault="00000000" w:rsidP="008747C0">
      <w:pPr>
        <w:spacing w:after="0"/>
        <w:rPr>
          <w:lang w:val="nl-NL"/>
        </w:rPr>
      </w:pPr>
      <w:r w:rsidRPr="002D0D45">
        <w:rPr>
          <w:lang w:val="nl-NL"/>
        </w:rPr>
        <w:lastRenderedPageBreak/>
        <w:t>Resultaat 2025: −1.186 (afronding technisch verwerkt als −1.184 in de balans).</w:t>
      </w:r>
    </w:p>
    <w:p w14:paraId="4C042F71" w14:textId="0CDB19A5" w:rsidR="00220A73" w:rsidRDefault="00220A73" w:rsidP="008747C0">
      <w:pPr>
        <w:spacing w:after="0"/>
        <w:rPr>
          <w:lang w:val="nl-NL"/>
        </w:rPr>
      </w:pPr>
      <w:r w:rsidRPr="00220A73">
        <w:rPr>
          <w:sz w:val="20"/>
          <w:szCs w:val="20"/>
          <w:lang w:val="nl-NL"/>
        </w:rPr>
        <w:t>Resultaat 202</w:t>
      </w:r>
      <w:r>
        <w:rPr>
          <w:sz w:val="20"/>
          <w:szCs w:val="20"/>
          <w:lang w:val="nl-NL"/>
        </w:rPr>
        <w:t>4</w:t>
      </w:r>
      <w:r w:rsidRPr="00220A73">
        <w:rPr>
          <w:sz w:val="20"/>
          <w:szCs w:val="20"/>
          <w:lang w:val="nl-NL"/>
        </w:rPr>
        <w:t xml:space="preserve">: </w:t>
      </w:r>
      <w:r w:rsidR="00952747">
        <w:rPr>
          <w:sz w:val="20"/>
          <w:szCs w:val="20"/>
          <w:lang w:val="nl-NL"/>
        </w:rPr>
        <w:t>2</w:t>
      </w:r>
      <w:r w:rsidRPr="00220A73">
        <w:rPr>
          <w:sz w:val="20"/>
          <w:szCs w:val="20"/>
          <w:lang w:val="nl-NL"/>
        </w:rPr>
        <w:t>.1</w:t>
      </w:r>
      <w:r w:rsidR="00952747">
        <w:rPr>
          <w:sz w:val="20"/>
          <w:szCs w:val="20"/>
          <w:lang w:val="nl-NL"/>
        </w:rPr>
        <w:t>05</w:t>
      </w:r>
      <w:r w:rsidRPr="00220A73">
        <w:rPr>
          <w:sz w:val="20"/>
          <w:szCs w:val="20"/>
          <w:lang w:val="nl-NL"/>
        </w:rPr>
        <w:t xml:space="preserve"> (afronding technisch verwerkt als </w:t>
      </w:r>
      <w:r w:rsidR="004615E6">
        <w:rPr>
          <w:sz w:val="20"/>
          <w:szCs w:val="20"/>
          <w:lang w:val="nl-NL"/>
        </w:rPr>
        <w:t>2.104</w:t>
      </w:r>
      <w:r w:rsidRPr="00220A73">
        <w:rPr>
          <w:sz w:val="20"/>
          <w:szCs w:val="20"/>
          <w:lang w:val="nl-NL"/>
        </w:rPr>
        <w:t xml:space="preserve"> in de balans).</w:t>
      </w:r>
    </w:p>
    <w:p w14:paraId="4E74A8FA" w14:textId="77777777" w:rsidR="001D3C54" w:rsidRPr="002D0D45" w:rsidRDefault="001D3C54" w:rsidP="008747C0">
      <w:pPr>
        <w:spacing w:after="0"/>
        <w:rPr>
          <w:lang w:val="nl-NL"/>
        </w:rPr>
      </w:pPr>
    </w:p>
    <w:p w14:paraId="28A6E848" w14:textId="77777777" w:rsidR="00A727C6" w:rsidRDefault="00000000" w:rsidP="008747C0">
      <w:pPr>
        <w:spacing w:after="0"/>
      </w:pPr>
      <w:r>
        <w:rPr>
          <w:b/>
        </w:rPr>
        <w:t>6.3 Toelichting op de cijfers</w:t>
      </w:r>
    </w:p>
    <w:p w14:paraId="023BA800" w14:textId="77777777" w:rsidR="00A727C6" w:rsidRPr="002D0D45" w:rsidRDefault="00000000" w:rsidP="008747C0">
      <w:pPr>
        <w:pStyle w:val="ListBullet"/>
        <w:spacing w:after="0"/>
        <w:rPr>
          <w:lang w:val="nl-NL"/>
        </w:rPr>
      </w:pPr>
      <w:r w:rsidRPr="002D0D45">
        <w:rPr>
          <w:lang w:val="nl-NL"/>
        </w:rPr>
        <w:t>Kosten worden genomen in het jaar waarop zij betrekking hebben.</w:t>
      </w:r>
    </w:p>
    <w:p w14:paraId="45A8A898" w14:textId="77777777" w:rsidR="00A727C6" w:rsidRPr="002D0D45" w:rsidRDefault="00000000" w:rsidP="008747C0">
      <w:pPr>
        <w:pStyle w:val="ListBullet"/>
        <w:spacing w:after="0"/>
        <w:rPr>
          <w:lang w:val="nl-NL"/>
        </w:rPr>
      </w:pPr>
      <w:r w:rsidRPr="002D0D45">
        <w:rPr>
          <w:lang w:val="nl-NL"/>
        </w:rPr>
        <w:t>Er zijn geen schulden of openstaande posten per 31-12-2025.</w:t>
      </w:r>
    </w:p>
    <w:p w14:paraId="7258A995" w14:textId="77777777" w:rsidR="00A727C6" w:rsidRPr="002D0D45" w:rsidRDefault="00000000" w:rsidP="008747C0">
      <w:pPr>
        <w:pStyle w:val="ListBullet"/>
        <w:spacing w:after="0"/>
        <w:rPr>
          <w:lang w:val="nl-NL"/>
        </w:rPr>
      </w:pPr>
      <w:r w:rsidRPr="002D0D45">
        <w:rPr>
          <w:lang w:val="nl-NL"/>
        </w:rPr>
        <w:t>Inventaris is niet geactiveerd (toegestaan bij kleine stichtingen; materialiteit).</w:t>
      </w:r>
    </w:p>
    <w:p w14:paraId="2ABD020C" w14:textId="77777777" w:rsidR="00C42196" w:rsidRDefault="00C42196" w:rsidP="008747C0">
      <w:pPr>
        <w:spacing w:after="0"/>
        <w:rPr>
          <w:b/>
          <w:lang w:val="nl-NL"/>
        </w:rPr>
      </w:pPr>
    </w:p>
    <w:p w14:paraId="4E6EAC38" w14:textId="5745C5AA" w:rsidR="00A727C6" w:rsidRPr="002D0D45" w:rsidRDefault="00000000" w:rsidP="008747C0">
      <w:pPr>
        <w:spacing w:after="0"/>
        <w:rPr>
          <w:lang w:val="nl-NL"/>
        </w:rPr>
      </w:pPr>
      <w:r w:rsidRPr="002D0D45">
        <w:rPr>
          <w:b/>
          <w:lang w:val="nl-NL"/>
        </w:rPr>
        <w:t>7. Overige informatie</w:t>
      </w:r>
    </w:p>
    <w:p w14:paraId="06D1BA30" w14:textId="77777777" w:rsidR="00A727C6" w:rsidRPr="002D0D45" w:rsidRDefault="00000000" w:rsidP="008747C0">
      <w:pPr>
        <w:spacing w:after="0"/>
        <w:rPr>
          <w:lang w:val="nl-NL"/>
        </w:rPr>
      </w:pPr>
      <w:r w:rsidRPr="002D0D45">
        <w:rPr>
          <w:lang w:val="nl-NL"/>
        </w:rPr>
        <w:t>Continuïteit: Stichting Het Boetje kan haar activiteiten voortzetten binnen beschikbare middelen.</w:t>
      </w:r>
    </w:p>
    <w:p w14:paraId="36E06EBF" w14:textId="77777777" w:rsidR="00A727C6" w:rsidRPr="002D0D45" w:rsidRDefault="00000000" w:rsidP="008747C0">
      <w:pPr>
        <w:spacing w:after="0"/>
        <w:rPr>
          <w:lang w:val="nl-NL"/>
        </w:rPr>
      </w:pPr>
      <w:r w:rsidRPr="002D0D45">
        <w:rPr>
          <w:lang w:val="nl-NL"/>
        </w:rPr>
        <w:t>Begroting 2026: zie paragraaf 8.</w:t>
      </w:r>
    </w:p>
    <w:p w14:paraId="5B056EC6" w14:textId="77777777" w:rsidR="00A727C6" w:rsidRDefault="00000000" w:rsidP="008747C0">
      <w:pPr>
        <w:spacing w:after="0"/>
        <w:rPr>
          <w:lang w:val="nl-NL"/>
        </w:rPr>
      </w:pPr>
      <w:r w:rsidRPr="002D0D45">
        <w:rPr>
          <w:lang w:val="nl-NL"/>
        </w:rPr>
        <w:t>Risico’s en vooruitblik: zie paragraaf 9.</w:t>
      </w:r>
    </w:p>
    <w:p w14:paraId="389E174E" w14:textId="77777777" w:rsidR="00625C19" w:rsidRPr="002D0D45" w:rsidRDefault="00625C19" w:rsidP="008747C0">
      <w:pPr>
        <w:spacing w:after="0"/>
        <w:rPr>
          <w:lang w:val="nl-NL"/>
        </w:rPr>
      </w:pPr>
    </w:p>
    <w:p w14:paraId="7A779684" w14:textId="77777777" w:rsidR="00A727C6" w:rsidRPr="002D0D45" w:rsidRDefault="00000000" w:rsidP="008747C0">
      <w:pPr>
        <w:spacing w:after="0"/>
        <w:rPr>
          <w:lang w:val="nl-NL"/>
        </w:rPr>
      </w:pPr>
      <w:r w:rsidRPr="002D0D45">
        <w:rPr>
          <w:b/>
          <w:lang w:val="nl-NL"/>
        </w:rPr>
        <w:t>8. Concept-begroting 2026</w:t>
      </w:r>
    </w:p>
    <w:p w14:paraId="58D63811" w14:textId="77777777" w:rsidR="00A727C6" w:rsidRPr="002D0D45" w:rsidRDefault="00000000" w:rsidP="008747C0">
      <w:pPr>
        <w:spacing w:after="0"/>
        <w:rPr>
          <w:lang w:val="nl-NL"/>
        </w:rPr>
      </w:pPr>
      <w:r w:rsidRPr="002D0D45">
        <w:rPr>
          <w:lang w:val="nl-NL"/>
        </w:rPr>
        <w:t>Bedragen afgerond op hele euro’s. Indicatief, op basis van realisatie 2025 en aangeleverde uitgangspunten.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1984"/>
      </w:tblGrid>
      <w:tr w:rsidR="00A727C6" w14:paraId="2E5F5E27" w14:textId="77777777" w:rsidTr="00F34E56">
        <w:tc>
          <w:tcPr>
            <w:tcW w:w="2694" w:type="dxa"/>
            <w:shd w:val="clear" w:color="auto" w:fill="EEECE1" w:themeFill="background2"/>
          </w:tcPr>
          <w:p w14:paraId="2D31D698" w14:textId="77777777" w:rsidR="00A727C6" w:rsidRDefault="00000000" w:rsidP="008747C0">
            <w:pPr>
              <w:spacing w:after="0"/>
            </w:pPr>
            <w:r>
              <w:t>Baten</w:t>
            </w:r>
          </w:p>
        </w:tc>
        <w:tc>
          <w:tcPr>
            <w:tcW w:w="1984" w:type="dxa"/>
            <w:shd w:val="clear" w:color="auto" w:fill="EEECE1" w:themeFill="background2"/>
          </w:tcPr>
          <w:p w14:paraId="6C0246B4" w14:textId="77777777" w:rsidR="00A727C6" w:rsidRDefault="00000000" w:rsidP="008747C0">
            <w:pPr>
              <w:spacing w:after="0"/>
            </w:pPr>
            <w:r>
              <w:t>Bedrag</w:t>
            </w:r>
          </w:p>
        </w:tc>
      </w:tr>
      <w:tr w:rsidR="00A727C6" w14:paraId="17F7F1EA" w14:textId="77777777" w:rsidTr="00F34E56">
        <w:tc>
          <w:tcPr>
            <w:tcW w:w="2694" w:type="dxa"/>
          </w:tcPr>
          <w:p w14:paraId="1BABD443" w14:textId="77777777" w:rsidR="00A727C6" w:rsidRDefault="00000000" w:rsidP="008747C0">
            <w:pPr>
              <w:spacing w:after="0"/>
            </w:pPr>
            <w:r>
              <w:t>Partnerschappen</w:t>
            </w:r>
          </w:p>
        </w:tc>
        <w:tc>
          <w:tcPr>
            <w:tcW w:w="1984" w:type="dxa"/>
          </w:tcPr>
          <w:p w14:paraId="29FADCDE" w14:textId="591B3D1E" w:rsidR="00A727C6" w:rsidRDefault="00D935E3" w:rsidP="008747C0">
            <w:pPr>
              <w:spacing w:after="0"/>
            </w:pPr>
            <w:r>
              <w:t>12.000</w:t>
            </w:r>
          </w:p>
        </w:tc>
      </w:tr>
      <w:tr w:rsidR="00A727C6" w14:paraId="5D775588" w14:textId="77777777" w:rsidTr="00F34E56">
        <w:tc>
          <w:tcPr>
            <w:tcW w:w="2694" w:type="dxa"/>
          </w:tcPr>
          <w:p w14:paraId="1E085981" w14:textId="77777777" w:rsidR="00A727C6" w:rsidRDefault="00000000" w:rsidP="008747C0">
            <w:pPr>
              <w:spacing w:after="0"/>
            </w:pPr>
            <w:r>
              <w:t>Niet-structurele giften</w:t>
            </w:r>
          </w:p>
        </w:tc>
        <w:tc>
          <w:tcPr>
            <w:tcW w:w="1984" w:type="dxa"/>
          </w:tcPr>
          <w:p w14:paraId="415E65E2" w14:textId="1BACAC50" w:rsidR="00A727C6" w:rsidRDefault="00000000" w:rsidP="008747C0">
            <w:pPr>
              <w:spacing w:after="0"/>
            </w:pPr>
            <w:r>
              <w:t>1</w:t>
            </w:r>
            <w:r w:rsidR="00BD4A01">
              <w:t>6</w:t>
            </w:r>
            <w:r>
              <w:t>.000</w:t>
            </w:r>
          </w:p>
        </w:tc>
      </w:tr>
      <w:tr w:rsidR="00A727C6" w14:paraId="67EC6BCA" w14:textId="77777777" w:rsidTr="00F34E56">
        <w:tc>
          <w:tcPr>
            <w:tcW w:w="2694" w:type="dxa"/>
          </w:tcPr>
          <w:p w14:paraId="461938B8" w14:textId="77777777" w:rsidR="00A727C6" w:rsidRDefault="00000000" w:rsidP="008747C0">
            <w:pPr>
              <w:spacing w:after="0"/>
            </w:pPr>
            <w:r>
              <w:t>Totaal baten</w:t>
            </w:r>
          </w:p>
        </w:tc>
        <w:tc>
          <w:tcPr>
            <w:tcW w:w="1984" w:type="dxa"/>
          </w:tcPr>
          <w:p w14:paraId="50A1BD6A" w14:textId="40C56242" w:rsidR="00A727C6" w:rsidRDefault="00000000" w:rsidP="008747C0">
            <w:pPr>
              <w:spacing w:after="0"/>
            </w:pPr>
            <w:r>
              <w:t>2</w:t>
            </w:r>
            <w:r w:rsidR="00BD4A01">
              <w:t>8</w:t>
            </w:r>
            <w:r>
              <w:t>.</w:t>
            </w:r>
            <w:r w:rsidR="00BD4A01">
              <w:t>0</w:t>
            </w:r>
            <w:r>
              <w:t>00</w:t>
            </w:r>
          </w:p>
        </w:tc>
      </w:tr>
    </w:tbl>
    <w:p w14:paraId="73F00DE1" w14:textId="77777777" w:rsidR="00A727C6" w:rsidRDefault="00A727C6" w:rsidP="008747C0">
      <w:pPr>
        <w:spacing w:after="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1984"/>
        <w:gridCol w:w="3854"/>
      </w:tblGrid>
      <w:tr w:rsidR="00A727C6" w14:paraId="69C2083E" w14:textId="77777777" w:rsidTr="00F34E56">
        <w:tc>
          <w:tcPr>
            <w:tcW w:w="2694" w:type="dxa"/>
            <w:shd w:val="clear" w:color="auto" w:fill="EEECE1" w:themeFill="background2"/>
          </w:tcPr>
          <w:p w14:paraId="5B516759" w14:textId="77777777" w:rsidR="00A727C6" w:rsidRDefault="00000000" w:rsidP="008747C0">
            <w:pPr>
              <w:spacing w:after="0"/>
            </w:pPr>
            <w:r>
              <w:t>Lasten</w:t>
            </w:r>
          </w:p>
        </w:tc>
        <w:tc>
          <w:tcPr>
            <w:tcW w:w="1984" w:type="dxa"/>
            <w:shd w:val="clear" w:color="auto" w:fill="EEECE1" w:themeFill="background2"/>
          </w:tcPr>
          <w:p w14:paraId="5CF6AFDA" w14:textId="77777777" w:rsidR="00A727C6" w:rsidRDefault="00000000" w:rsidP="008747C0">
            <w:pPr>
              <w:spacing w:after="0"/>
            </w:pPr>
            <w:r>
              <w:t>Bedrag</w:t>
            </w:r>
          </w:p>
        </w:tc>
        <w:tc>
          <w:tcPr>
            <w:tcW w:w="3854" w:type="dxa"/>
            <w:shd w:val="clear" w:color="auto" w:fill="EEECE1" w:themeFill="background2"/>
          </w:tcPr>
          <w:p w14:paraId="7EC514F5" w14:textId="77777777" w:rsidR="00A727C6" w:rsidRDefault="00000000" w:rsidP="008747C0">
            <w:pPr>
              <w:spacing w:after="0"/>
            </w:pPr>
            <w:r>
              <w:t>Notitie</w:t>
            </w:r>
          </w:p>
        </w:tc>
      </w:tr>
      <w:tr w:rsidR="00A727C6" w:rsidRPr="00154B9F" w14:paraId="01836A74" w14:textId="77777777" w:rsidTr="00F34E56">
        <w:tc>
          <w:tcPr>
            <w:tcW w:w="2694" w:type="dxa"/>
          </w:tcPr>
          <w:p w14:paraId="53C31B7F" w14:textId="77777777" w:rsidR="00A727C6" w:rsidRDefault="00000000" w:rsidP="008747C0">
            <w:pPr>
              <w:spacing w:after="0"/>
            </w:pPr>
            <w:r>
              <w:t>Inrichtingskosten</w:t>
            </w:r>
          </w:p>
        </w:tc>
        <w:tc>
          <w:tcPr>
            <w:tcW w:w="1984" w:type="dxa"/>
          </w:tcPr>
          <w:p w14:paraId="7F02C354" w14:textId="48749B01" w:rsidR="00A727C6" w:rsidRDefault="00D4645B" w:rsidP="008747C0">
            <w:pPr>
              <w:spacing w:after="0"/>
            </w:pPr>
            <w:r>
              <w:t>750</w:t>
            </w:r>
          </w:p>
        </w:tc>
        <w:tc>
          <w:tcPr>
            <w:tcW w:w="3854" w:type="dxa"/>
          </w:tcPr>
          <w:p w14:paraId="280C78CF" w14:textId="3381D594" w:rsidR="00A727C6" w:rsidRPr="00A96E1C" w:rsidRDefault="00A96E1C" w:rsidP="008747C0">
            <w:pPr>
              <w:spacing w:after="0"/>
              <w:rPr>
                <w:lang w:val="nl-NL"/>
              </w:rPr>
            </w:pPr>
            <w:r w:rsidRPr="00A96E1C">
              <w:rPr>
                <w:lang w:val="nl-NL"/>
              </w:rPr>
              <w:t>Er moet nog afrondend w</w:t>
            </w:r>
            <w:r>
              <w:rPr>
                <w:lang w:val="nl-NL"/>
              </w:rPr>
              <w:t>erk aan de tochtsluis gedaan worden.</w:t>
            </w:r>
          </w:p>
        </w:tc>
      </w:tr>
      <w:tr w:rsidR="00A727C6" w:rsidRPr="00154B9F" w14:paraId="3FF969FB" w14:textId="77777777" w:rsidTr="00F34E56">
        <w:tc>
          <w:tcPr>
            <w:tcW w:w="2694" w:type="dxa"/>
          </w:tcPr>
          <w:p w14:paraId="2997A208" w14:textId="77777777" w:rsidR="00A727C6" w:rsidRDefault="00000000" w:rsidP="008747C0">
            <w:pPr>
              <w:spacing w:after="0"/>
            </w:pPr>
            <w:r>
              <w:t>Opleidingskosten</w:t>
            </w:r>
          </w:p>
        </w:tc>
        <w:tc>
          <w:tcPr>
            <w:tcW w:w="1984" w:type="dxa"/>
          </w:tcPr>
          <w:p w14:paraId="392FE819" w14:textId="77777777" w:rsidR="00A727C6" w:rsidRDefault="00000000" w:rsidP="008747C0">
            <w:pPr>
              <w:spacing w:after="0"/>
            </w:pPr>
            <w:r>
              <w:t>0</w:t>
            </w:r>
          </w:p>
        </w:tc>
        <w:tc>
          <w:tcPr>
            <w:tcW w:w="3854" w:type="dxa"/>
          </w:tcPr>
          <w:p w14:paraId="7DE7C83B" w14:textId="75D821C2" w:rsidR="00A727C6" w:rsidRPr="006C5DFE" w:rsidRDefault="00A96E1C" w:rsidP="008747C0">
            <w:pPr>
              <w:spacing w:after="0"/>
              <w:rPr>
                <w:lang w:val="nl-NL"/>
              </w:rPr>
            </w:pPr>
            <w:r w:rsidRPr="006C5DFE">
              <w:rPr>
                <w:lang w:val="nl-NL"/>
              </w:rPr>
              <w:t xml:space="preserve">We verwachten hiervoor geen </w:t>
            </w:r>
            <w:r w:rsidR="006C5DFE" w:rsidRPr="006C5DFE">
              <w:rPr>
                <w:lang w:val="nl-NL"/>
              </w:rPr>
              <w:t>u</w:t>
            </w:r>
            <w:r w:rsidR="006C5DFE">
              <w:rPr>
                <w:lang w:val="nl-NL"/>
              </w:rPr>
              <w:t>itgaven</w:t>
            </w:r>
          </w:p>
        </w:tc>
      </w:tr>
      <w:tr w:rsidR="00A727C6" w:rsidRPr="002D0D45" w14:paraId="56459689" w14:textId="77777777" w:rsidTr="00F34E56">
        <w:tc>
          <w:tcPr>
            <w:tcW w:w="2694" w:type="dxa"/>
          </w:tcPr>
          <w:p w14:paraId="5E63A769" w14:textId="7F940CFA" w:rsidR="00A727C6" w:rsidRDefault="00000000" w:rsidP="008747C0">
            <w:pPr>
              <w:spacing w:after="0"/>
            </w:pPr>
            <w:r>
              <w:t>Events</w:t>
            </w:r>
          </w:p>
        </w:tc>
        <w:tc>
          <w:tcPr>
            <w:tcW w:w="1984" w:type="dxa"/>
          </w:tcPr>
          <w:p w14:paraId="301A5032" w14:textId="77777777" w:rsidR="00A727C6" w:rsidRDefault="00000000" w:rsidP="008747C0">
            <w:pPr>
              <w:spacing w:after="0"/>
            </w:pPr>
            <w:r>
              <w:t>1.500</w:t>
            </w:r>
          </w:p>
        </w:tc>
        <w:tc>
          <w:tcPr>
            <w:tcW w:w="3854" w:type="dxa"/>
          </w:tcPr>
          <w:p w14:paraId="7C835AF6" w14:textId="0B8DEDDD" w:rsidR="00A727C6" w:rsidRPr="002D0D45" w:rsidRDefault="00A727C6" w:rsidP="008747C0">
            <w:pPr>
              <w:spacing w:after="0"/>
              <w:rPr>
                <w:lang w:val="nl-NL"/>
              </w:rPr>
            </w:pPr>
          </w:p>
        </w:tc>
      </w:tr>
      <w:tr w:rsidR="00A727C6" w14:paraId="5F908048" w14:textId="77777777" w:rsidTr="00F34E56">
        <w:tc>
          <w:tcPr>
            <w:tcW w:w="2694" w:type="dxa"/>
          </w:tcPr>
          <w:p w14:paraId="46ACF9AF" w14:textId="268444FB" w:rsidR="00A727C6" w:rsidRDefault="00000000" w:rsidP="008747C0">
            <w:pPr>
              <w:spacing w:after="0"/>
            </w:pPr>
            <w:r>
              <w:t>Huur &amp; elektriciteit</w:t>
            </w:r>
          </w:p>
        </w:tc>
        <w:tc>
          <w:tcPr>
            <w:tcW w:w="1984" w:type="dxa"/>
          </w:tcPr>
          <w:p w14:paraId="74F38856" w14:textId="469DBC8E" w:rsidR="00A727C6" w:rsidRDefault="00000000" w:rsidP="008747C0">
            <w:pPr>
              <w:spacing w:after="0"/>
            </w:pPr>
            <w:r>
              <w:t>8.</w:t>
            </w:r>
            <w:r w:rsidR="00860E1A">
              <w:t>5</w:t>
            </w:r>
            <w:r>
              <w:t>00</w:t>
            </w:r>
          </w:p>
        </w:tc>
        <w:tc>
          <w:tcPr>
            <w:tcW w:w="3854" w:type="dxa"/>
          </w:tcPr>
          <w:p w14:paraId="3DC23C4F" w14:textId="77777777" w:rsidR="00A727C6" w:rsidRDefault="00000000" w:rsidP="008747C0">
            <w:pPr>
              <w:spacing w:after="0"/>
            </w:pPr>
            <w:r>
              <w:t>Mogelijke stijging energielasten</w:t>
            </w:r>
          </w:p>
        </w:tc>
      </w:tr>
      <w:tr w:rsidR="00A727C6" w14:paraId="590F91CF" w14:textId="77777777" w:rsidTr="00F34E56">
        <w:tc>
          <w:tcPr>
            <w:tcW w:w="2694" w:type="dxa"/>
          </w:tcPr>
          <w:p w14:paraId="45964557" w14:textId="77777777" w:rsidR="00A727C6" w:rsidRDefault="00000000" w:rsidP="008747C0">
            <w:pPr>
              <w:spacing w:after="0"/>
            </w:pPr>
            <w:r>
              <w:t>Reguliere kosten</w:t>
            </w:r>
          </w:p>
        </w:tc>
        <w:tc>
          <w:tcPr>
            <w:tcW w:w="1984" w:type="dxa"/>
          </w:tcPr>
          <w:p w14:paraId="30EEE5C3" w14:textId="77777777" w:rsidR="00A727C6" w:rsidRDefault="00000000" w:rsidP="008747C0">
            <w:pPr>
              <w:spacing w:after="0"/>
            </w:pPr>
            <w:r>
              <w:t>650</w:t>
            </w:r>
          </w:p>
        </w:tc>
        <w:tc>
          <w:tcPr>
            <w:tcW w:w="3854" w:type="dxa"/>
          </w:tcPr>
          <w:p w14:paraId="57F1246F" w14:textId="77777777" w:rsidR="00A727C6" w:rsidRDefault="00000000" w:rsidP="008747C0">
            <w:pPr>
              <w:spacing w:after="0"/>
            </w:pPr>
            <w:r>
              <w:t>Hosting, bank, administratie</w:t>
            </w:r>
          </w:p>
        </w:tc>
      </w:tr>
      <w:tr w:rsidR="00A727C6" w14:paraId="351C691B" w14:textId="77777777" w:rsidTr="00F34E56">
        <w:tc>
          <w:tcPr>
            <w:tcW w:w="2694" w:type="dxa"/>
          </w:tcPr>
          <w:p w14:paraId="4559AA16" w14:textId="77777777" w:rsidR="00A727C6" w:rsidRDefault="00000000" w:rsidP="008747C0">
            <w:pPr>
              <w:spacing w:after="0"/>
            </w:pPr>
            <w:r>
              <w:t>Partnerschappen &amp; zaaien</w:t>
            </w:r>
          </w:p>
        </w:tc>
        <w:tc>
          <w:tcPr>
            <w:tcW w:w="1984" w:type="dxa"/>
          </w:tcPr>
          <w:p w14:paraId="1BDED973" w14:textId="40A5B9B5" w:rsidR="00A727C6" w:rsidRDefault="00D820DD" w:rsidP="008747C0">
            <w:pPr>
              <w:spacing w:after="0"/>
            </w:pPr>
            <w:r>
              <w:t>7.000</w:t>
            </w:r>
          </w:p>
        </w:tc>
        <w:tc>
          <w:tcPr>
            <w:tcW w:w="3854" w:type="dxa"/>
          </w:tcPr>
          <w:p w14:paraId="4F48C0E1" w14:textId="77777777" w:rsidR="00A727C6" w:rsidRDefault="00000000" w:rsidP="008747C0">
            <w:pPr>
              <w:spacing w:after="0"/>
            </w:pPr>
            <w:r>
              <w:t>In lijn met 2025</w:t>
            </w:r>
          </w:p>
        </w:tc>
      </w:tr>
      <w:tr w:rsidR="00A727C6" w:rsidRPr="00154B9F" w14:paraId="5F0D9E8A" w14:textId="77777777" w:rsidTr="00F34E56">
        <w:tc>
          <w:tcPr>
            <w:tcW w:w="2694" w:type="dxa"/>
          </w:tcPr>
          <w:p w14:paraId="1DF903D5" w14:textId="77777777" w:rsidR="00A727C6" w:rsidRDefault="00000000" w:rsidP="008747C0">
            <w:pPr>
              <w:spacing w:after="0"/>
            </w:pPr>
            <w:r>
              <w:t>Loonkosten medewerker</w:t>
            </w:r>
          </w:p>
        </w:tc>
        <w:tc>
          <w:tcPr>
            <w:tcW w:w="1984" w:type="dxa"/>
          </w:tcPr>
          <w:p w14:paraId="7514BFBE" w14:textId="495B46DB" w:rsidR="00A727C6" w:rsidRDefault="00E4761E" w:rsidP="008747C0">
            <w:pPr>
              <w:spacing w:after="0"/>
            </w:pPr>
            <w:r>
              <w:t>0</w:t>
            </w:r>
          </w:p>
        </w:tc>
        <w:tc>
          <w:tcPr>
            <w:tcW w:w="3854" w:type="dxa"/>
          </w:tcPr>
          <w:p w14:paraId="380CD329" w14:textId="68F6972D" w:rsidR="00A727C6" w:rsidRPr="002401B5" w:rsidRDefault="002401B5" w:rsidP="008747C0">
            <w:pPr>
              <w:spacing w:after="0"/>
              <w:rPr>
                <w:lang w:val="nl-NL"/>
              </w:rPr>
            </w:pPr>
            <w:r w:rsidRPr="002401B5">
              <w:rPr>
                <w:lang w:val="nl-NL"/>
              </w:rPr>
              <w:t>Hier moet het bestuur n</w:t>
            </w:r>
            <w:r>
              <w:rPr>
                <w:lang w:val="nl-NL"/>
              </w:rPr>
              <w:t>og over besluiten</w:t>
            </w:r>
          </w:p>
        </w:tc>
      </w:tr>
      <w:tr w:rsidR="00A727C6" w14:paraId="71567DC2" w14:textId="77777777" w:rsidTr="00F34E56">
        <w:tc>
          <w:tcPr>
            <w:tcW w:w="2694" w:type="dxa"/>
          </w:tcPr>
          <w:p w14:paraId="2887FB63" w14:textId="77777777" w:rsidR="00A727C6" w:rsidRDefault="00000000" w:rsidP="008747C0">
            <w:pPr>
              <w:spacing w:after="0"/>
            </w:pPr>
            <w:r>
              <w:t>Totaal lasten</w:t>
            </w:r>
          </w:p>
        </w:tc>
        <w:tc>
          <w:tcPr>
            <w:tcW w:w="1984" w:type="dxa"/>
          </w:tcPr>
          <w:p w14:paraId="03C3C3FC" w14:textId="04D4FD92" w:rsidR="00A727C6" w:rsidRDefault="00B14F6D" w:rsidP="008747C0">
            <w:pPr>
              <w:spacing w:after="0"/>
            </w:pPr>
            <w:r>
              <w:t>18.400</w:t>
            </w:r>
          </w:p>
        </w:tc>
        <w:tc>
          <w:tcPr>
            <w:tcW w:w="3854" w:type="dxa"/>
          </w:tcPr>
          <w:p w14:paraId="084244CF" w14:textId="77777777" w:rsidR="00A727C6" w:rsidRDefault="00000000" w:rsidP="008747C0">
            <w:pPr>
              <w:spacing w:after="0"/>
            </w:pPr>
            <w:r>
              <w:t>Afhankelijk van loonkosten</w:t>
            </w:r>
          </w:p>
        </w:tc>
      </w:tr>
    </w:tbl>
    <w:p w14:paraId="4DB4E8ED" w14:textId="77777777" w:rsidR="00A727C6" w:rsidRPr="002D0D45" w:rsidRDefault="00000000" w:rsidP="008747C0">
      <w:pPr>
        <w:spacing w:after="0"/>
        <w:rPr>
          <w:lang w:val="nl-NL"/>
        </w:rPr>
      </w:pPr>
      <w:r w:rsidRPr="002D0D45">
        <w:rPr>
          <w:lang w:val="nl-NL"/>
        </w:rPr>
        <w:t>Begroting resultaat 2026: afhankelijk van definitieve loonkosten medewerker.</w:t>
      </w:r>
    </w:p>
    <w:p w14:paraId="6669BA16" w14:textId="77777777" w:rsidR="00C60FC7" w:rsidRDefault="00C60FC7" w:rsidP="008747C0">
      <w:pPr>
        <w:spacing w:after="0"/>
        <w:rPr>
          <w:b/>
          <w:lang w:val="nl-NL"/>
        </w:rPr>
      </w:pPr>
    </w:p>
    <w:p w14:paraId="3058B0F4" w14:textId="7A108275" w:rsidR="00A727C6" w:rsidRPr="002D0D45" w:rsidRDefault="00000000" w:rsidP="008747C0">
      <w:pPr>
        <w:spacing w:after="0"/>
        <w:rPr>
          <w:lang w:val="nl-NL"/>
        </w:rPr>
      </w:pPr>
      <w:r w:rsidRPr="002D0D45">
        <w:rPr>
          <w:b/>
          <w:lang w:val="nl-NL"/>
        </w:rPr>
        <w:t>9. Vooruitblik 2026</w:t>
      </w:r>
    </w:p>
    <w:p w14:paraId="558946D9" w14:textId="4629D4C4" w:rsidR="00A727C6" w:rsidRPr="002D0D45" w:rsidRDefault="00C85774" w:rsidP="008747C0">
      <w:pPr>
        <w:spacing w:after="0"/>
        <w:rPr>
          <w:lang w:val="nl-NL"/>
        </w:rPr>
      </w:pPr>
      <w:r>
        <w:rPr>
          <w:lang w:val="nl-NL"/>
        </w:rPr>
        <w:t xml:space="preserve">Om recht doen aan een situatie waarin het werk alleen maar groeit en meer dan gewone toewijding </w:t>
      </w:r>
      <w:r w:rsidR="003F0BF3">
        <w:rPr>
          <w:lang w:val="nl-NL"/>
        </w:rPr>
        <w:t>ge</w:t>
      </w:r>
      <w:r>
        <w:rPr>
          <w:lang w:val="nl-NL"/>
        </w:rPr>
        <w:t>vraag</w:t>
      </w:r>
      <w:r w:rsidR="003F0BF3">
        <w:rPr>
          <w:lang w:val="nl-NL"/>
        </w:rPr>
        <w:t>d wordt, is d</w:t>
      </w:r>
      <w:r w:rsidR="00396AD6">
        <w:rPr>
          <w:lang w:val="nl-NL"/>
        </w:rPr>
        <w:t>e stichting</w:t>
      </w:r>
      <w:r w:rsidR="00396AD6" w:rsidRPr="002D0D45">
        <w:rPr>
          <w:lang w:val="nl-NL"/>
        </w:rPr>
        <w:t xml:space="preserve"> voornemens om Henriëtte </w:t>
      </w:r>
      <w:r w:rsidR="00C60FC7">
        <w:rPr>
          <w:lang w:val="nl-NL"/>
        </w:rPr>
        <w:t xml:space="preserve">Boetje </w:t>
      </w:r>
      <w:r w:rsidR="00396AD6" w:rsidRPr="002D0D45">
        <w:rPr>
          <w:lang w:val="nl-NL"/>
        </w:rPr>
        <w:t>als medewerker in dienst te nemen, waarmee de stichting werkgever wordt.</w:t>
      </w:r>
      <w:r w:rsidR="00B15ED3">
        <w:rPr>
          <w:lang w:val="nl-NL"/>
        </w:rPr>
        <w:t xml:space="preserve"> Dit zal </w:t>
      </w:r>
      <w:r w:rsidR="00622BC6">
        <w:rPr>
          <w:lang w:val="nl-NL"/>
        </w:rPr>
        <w:t xml:space="preserve">vanwege </w:t>
      </w:r>
      <w:r w:rsidR="00622BC6" w:rsidRPr="002D0D45">
        <w:rPr>
          <w:lang w:val="nl-NL"/>
        </w:rPr>
        <w:t xml:space="preserve">toevoeging van loonkosten en werkgeverslasten </w:t>
      </w:r>
      <w:r w:rsidR="00622BC6">
        <w:rPr>
          <w:lang w:val="nl-NL"/>
        </w:rPr>
        <w:t>i</w:t>
      </w:r>
      <w:r w:rsidR="007A2991">
        <w:rPr>
          <w:lang w:val="nl-NL"/>
        </w:rPr>
        <w:t>mpact hebben op</w:t>
      </w:r>
      <w:r w:rsidR="00622BC6" w:rsidRPr="002D0D45">
        <w:rPr>
          <w:lang w:val="nl-NL"/>
        </w:rPr>
        <w:t xml:space="preserve"> de begroting</w:t>
      </w:r>
      <w:r w:rsidR="007A2991">
        <w:rPr>
          <w:lang w:val="nl-NL"/>
        </w:rPr>
        <w:t>.</w:t>
      </w:r>
      <w:r w:rsidR="00D030B8">
        <w:rPr>
          <w:lang w:val="nl-NL"/>
        </w:rPr>
        <w:br/>
      </w:r>
      <w:r w:rsidR="00705D88">
        <w:rPr>
          <w:lang w:val="nl-NL"/>
        </w:rPr>
        <w:t xml:space="preserve">We verwachten dit jaar van de gemeente Heerde groen licht te krijgen voor de </w:t>
      </w:r>
      <w:r w:rsidR="003A20E1">
        <w:rPr>
          <w:lang w:val="nl-NL"/>
        </w:rPr>
        <w:t xml:space="preserve">bouw van Het Boetje. In 2027 zullen we dan </w:t>
      </w:r>
      <w:r w:rsidR="005434AA">
        <w:rPr>
          <w:lang w:val="nl-NL"/>
        </w:rPr>
        <w:t>gaan bouwen.</w:t>
      </w:r>
      <w:r w:rsidR="00D030B8">
        <w:rPr>
          <w:lang w:val="nl-NL"/>
        </w:rPr>
        <w:t xml:space="preserve"> </w:t>
      </w:r>
      <w:r w:rsidR="005434AA">
        <w:rPr>
          <w:lang w:val="nl-NL"/>
        </w:rPr>
        <w:t>En verder verwachten we ee</w:t>
      </w:r>
      <w:r w:rsidR="00217F15">
        <w:rPr>
          <w:lang w:val="nl-NL"/>
        </w:rPr>
        <w:t>n toename in het aantal mensen dat we mogen helpen om hun plek in het Koninkrijk in te nemen</w:t>
      </w:r>
      <w:r w:rsidR="00452AAA">
        <w:rPr>
          <w:lang w:val="nl-NL"/>
        </w:rPr>
        <w:t>.</w:t>
      </w:r>
    </w:p>
    <w:p w14:paraId="2AB9FB17" w14:textId="7F5200A2" w:rsidR="00616EF6" w:rsidRDefault="00616EF6" w:rsidP="008747C0">
      <w:pPr>
        <w:spacing w:after="0"/>
        <w:rPr>
          <w:b/>
          <w:lang w:val="nl-NL"/>
        </w:rPr>
      </w:pPr>
    </w:p>
    <w:p w14:paraId="05223F98" w14:textId="297FE67C" w:rsidR="00A727C6" w:rsidRPr="002D0D45" w:rsidRDefault="00000000" w:rsidP="008747C0">
      <w:pPr>
        <w:spacing w:after="0"/>
        <w:rPr>
          <w:lang w:val="nl-NL"/>
        </w:rPr>
      </w:pPr>
      <w:r w:rsidRPr="002D0D45">
        <w:rPr>
          <w:b/>
          <w:lang w:val="nl-NL"/>
        </w:rPr>
        <w:t>Bronnen (vereisten ANBI-publicatie)</w:t>
      </w:r>
    </w:p>
    <w:p w14:paraId="0DEE5322" w14:textId="7EBBD1F9" w:rsidR="00A727C6" w:rsidRPr="002D0D45" w:rsidRDefault="00000000" w:rsidP="008747C0">
      <w:pPr>
        <w:spacing w:after="0"/>
        <w:rPr>
          <w:lang w:val="nl-NL"/>
        </w:rPr>
      </w:pPr>
      <w:r w:rsidRPr="002D0D45">
        <w:rPr>
          <w:lang w:val="nl-NL"/>
        </w:rPr>
        <w:t xml:space="preserve">Belastingdienst – Financiële verantwoording publiceren </w:t>
      </w:r>
    </w:p>
    <w:p w14:paraId="0AF7F993" w14:textId="77777777" w:rsidR="00A727C6" w:rsidRPr="002D0D45" w:rsidRDefault="00000000" w:rsidP="008747C0">
      <w:pPr>
        <w:spacing w:after="0"/>
        <w:rPr>
          <w:lang w:val="nl-NL"/>
        </w:rPr>
      </w:pPr>
      <w:r w:rsidRPr="002D0D45">
        <w:rPr>
          <w:lang w:val="nl-NL"/>
        </w:rPr>
        <w:t>RJ 640 / RJk C1 – Richtlijnen voor verslaggeving van organisaties zonder winststreven.</w:t>
      </w:r>
    </w:p>
    <w:sectPr w:rsidR="00A727C6" w:rsidRPr="002D0D45" w:rsidSect="001560F5">
      <w:pgSz w:w="12240" w:h="15840"/>
      <w:pgMar w:top="993" w:right="1080" w:bottom="567"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31670638">
    <w:abstractNumId w:val="8"/>
  </w:num>
  <w:num w:numId="2" w16cid:durableId="105198447">
    <w:abstractNumId w:val="6"/>
  </w:num>
  <w:num w:numId="3" w16cid:durableId="1691832628">
    <w:abstractNumId w:val="5"/>
  </w:num>
  <w:num w:numId="4" w16cid:durableId="933516498">
    <w:abstractNumId w:val="4"/>
  </w:num>
  <w:num w:numId="5" w16cid:durableId="1777556604">
    <w:abstractNumId w:val="7"/>
  </w:num>
  <w:num w:numId="6" w16cid:durableId="1639727451">
    <w:abstractNumId w:val="3"/>
  </w:num>
  <w:num w:numId="7" w16cid:durableId="1869102031">
    <w:abstractNumId w:val="2"/>
  </w:num>
  <w:num w:numId="8" w16cid:durableId="1807114551">
    <w:abstractNumId w:val="1"/>
  </w:num>
  <w:num w:numId="9" w16cid:durableId="294527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456E"/>
    <w:rsid w:val="000055D3"/>
    <w:rsid w:val="00024482"/>
    <w:rsid w:val="0003163C"/>
    <w:rsid w:val="00034616"/>
    <w:rsid w:val="0006063C"/>
    <w:rsid w:val="00062336"/>
    <w:rsid w:val="000A4128"/>
    <w:rsid w:val="000A5332"/>
    <w:rsid w:val="000A615A"/>
    <w:rsid w:val="0015074B"/>
    <w:rsid w:val="00154B9F"/>
    <w:rsid w:val="001560F5"/>
    <w:rsid w:val="001772BA"/>
    <w:rsid w:val="001D3C54"/>
    <w:rsid w:val="001F5CCB"/>
    <w:rsid w:val="00207BA5"/>
    <w:rsid w:val="00217F15"/>
    <w:rsid w:val="00220A73"/>
    <w:rsid w:val="002401B5"/>
    <w:rsid w:val="0025338F"/>
    <w:rsid w:val="00272FCD"/>
    <w:rsid w:val="00283927"/>
    <w:rsid w:val="0029639D"/>
    <w:rsid w:val="002C43A9"/>
    <w:rsid w:val="002C539F"/>
    <w:rsid w:val="002D0D45"/>
    <w:rsid w:val="002D3CE0"/>
    <w:rsid w:val="00326F90"/>
    <w:rsid w:val="00360873"/>
    <w:rsid w:val="00377B48"/>
    <w:rsid w:val="00396AD6"/>
    <w:rsid w:val="003A20E1"/>
    <w:rsid w:val="003B415E"/>
    <w:rsid w:val="003D3371"/>
    <w:rsid w:val="003F0BF3"/>
    <w:rsid w:val="00414BB5"/>
    <w:rsid w:val="00441650"/>
    <w:rsid w:val="00452321"/>
    <w:rsid w:val="00452AAA"/>
    <w:rsid w:val="004615E6"/>
    <w:rsid w:val="00472825"/>
    <w:rsid w:val="00474604"/>
    <w:rsid w:val="004D5D69"/>
    <w:rsid w:val="004D6C0A"/>
    <w:rsid w:val="00501AD5"/>
    <w:rsid w:val="00507A1A"/>
    <w:rsid w:val="0053302F"/>
    <w:rsid w:val="005434AA"/>
    <w:rsid w:val="00553496"/>
    <w:rsid w:val="005A7F5F"/>
    <w:rsid w:val="005D7C58"/>
    <w:rsid w:val="00610C77"/>
    <w:rsid w:val="00616EF6"/>
    <w:rsid w:val="00622BC6"/>
    <w:rsid w:val="00625C19"/>
    <w:rsid w:val="006667DC"/>
    <w:rsid w:val="006C5DFE"/>
    <w:rsid w:val="006D68BC"/>
    <w:rsid w:val="00705D88"/>
    <w:rsid w:val="00751C62"/>
    <w:rsid w:val="0076230F"/>
    <w:rsid w:val="007A2991"/>
    <w:rsid w:val="007B797D"/>
    <w:rsid w:val="00801C8C"/>
    <w:rsid w:val="00811334"/>
    <w:rsid w:val="00826081"/>
    <w:rsid w:val="00836BA3"/>
    <w:rsid w:val="00843DE6"/>
    <w:rsid w:val="00860E1A"/>
    <w:rsid w:val="008747C0"/>
    <w:rsid w:val="008A1549"/>
    <w:rsid w:val="00901217"/>
    <w:rsid w:val="00904005"/>
    <w:rsid w:val="00952747"/>
    <w:rsid w:val="009575DB"/>
    <w:rsid w:val="00960C27"/>
    <w:rsid w:val="009617BB"/>
    <w:rsid w:val="00966F02"/>
    <w:rsid w:val="009A1C3F"/>
    <w:rsid w:val="009A3746"/>
    <w:rsid w:val="009D1D41"/>
    <w:rsid w:val="00A16AA5"/>
    <w:rsid w:val="00A35E35"/>
    <w:rsid w:val="00A363F7"/>
    <w:rsid w:val="00A53065"/>
    <w:rsid w:val="00A727C6"/>
    <w:rsid w:val="00A96E1C"/>
    <w:rsid w:val="00AA1D8D"/>
    <w:rsid w:val="00AB728A"/>
    <w:rsid w:val="00B04079"/>
    <w:rsid w:val="00B10861"/>
    <w:rsid w:val="00B14F6D"/>
    <w:rsid w:val="00B15ED3"/>
    <w:rsid w:val="00B27007"/>
    <w:rsid w:val="00B47730"/>
    <w:rsid w:val="00B5073C"/>
    <w:rsid w:val="00B51411"/>
    <w:rsid w:val="00BD4A01"/>
    <w:rsid w:val="00BE3831"/>
    <w:rsid w:val="00BE6166"/>
    <w:rsid w:val="00C217FB"/>
    <w:rsid w:val="00C41D2B"/>
    <w:rsid w:val="00C42196"/>
    <w:rsid w:val="00C60FC7"/>
    <w:rsid w:val="00C733B0"/>
    <w:rsid w:val="00C83E95"/>
    <w:rsid w:val="00C85774"/>
    <w:rsid w:val="00C95378"/>
    <w:rsid w:val="00CB0664"/>
    <w:rsid w:val="00CE16AA"/>
    <w:rsid w:val="00CF19C1"/>
    <w:rsid w:val="00D030B8"/>
    <w:rsid w:val="00D05718"/>
    <w:rsid w:val="00D258A4"/>
    <w:rsid w:val="00D42180"/>
    <w:rsid w:val="00D43932"/>
    <w:rsid w:val="00D4645B"/>
    <w:rsid w:val="00D50D33"/>
    <w:rsid w:val="00D820DD"/>
    <w:rsid w:val="00D935E3"/>
    <w:rsid w:val="00DA263D"/>
    <w:rsid w:val="00DE7487"/>
    <w:rsid w:val="00DF711F"/>
    <w:rsid w:val="00E4761E"/>
    <w:rsid w:val="00E774D1"/>
    <w:rsid w:val="00E809EC"/>
    <w:rsid w:val="00E87E68"/>
    <w:rsid w:val="00ED1425"/>
    <w:rsid w:val="00F071E1"/>
    <w:rsid w:val="00F14926"/>
    <w:rsid w:val="00F24870"/>
    <w:rsid w:val="00F27204"/>
    <w:rsid w:val="00F34E56"/>
    <w:rsid w:val="00F351A3"/>
    <w:rsid w:val="00F43520"/>
    <w:rsid w:val="00F45976"/>
    <w:rsid w:val="00FA0FCD"/>
    <w:rsid w:val="00FC693F"/>
    <w:rsid w:val="00FF0F15"/>
    <w:rsid w:val="00FF660E"/>
    <w:rsid w:val="00FF7F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A7AF7E7C-47AC-4993-8A0B-25B506D12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411"/>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e760c494-6550-44b4-8258-77c175d778b7}" enabled="1" method="Privileged" siteId="{76a2ae5a-9f00-4f6b-95ed-5d33d77c4d61}" removed="0"/>
</clbl:labelList>
</file>

<file path=docProps/app.xml><?xml version="1.0" encoding="utf-8"?>
<Properties xmlns="http://schemas.openxmlformats.org/officeDocument/2006/extended-properties" xmlns:vt="http://schemas.openxmlformats.org/officeDocument/2006/docPropsVTypes">
  <Template>Normal.dotm</Template>
  <TotalTime>5201</TotalTime>
  <Pages>4</Pages>
  <Words>1211</Words>
  <Characters>6661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7857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Stichting Het Boetje</dc:creator>
  <cp:keywords/>
  <dc:description>Stichting Het Boetje</dc:description>
  <cp:lastModifiedBy>Boetje, Rombout</cp:lastModifiedBy>
  <cp:revision>130</cp:revision>
  <dcterms:created xsi:type="dcterms:W3CDTF">2013-12-23T23:15:00Z</dcterms:created>
  <dcterms:modified xsi:type="dcterms:W3CDTF">2026-02-23T15:11:00Z</dcterms:modified>
  <cp:category/>
</cp:coreProperties>
</file>